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1EBD4C" w14:textId="2E65A00C" w:rsidR="001414B2" w:rsidRPr="00C8550A" w:rsidRDefault="00EF2798" w:rsidP="00875843">
      <w:pPr>
        <w:pStyle w:val="NormalWeb"/>
        <w:rPr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5A6EC07F" wp14:editId="19A6029D">
                <wp:simplePos x="0" y="0"/>
                <wp:positionH relativeFrom="margin">
                  <wp:posOffset>101489</wp:posOffset>
                </wp:positionH>
                <wp:positionV relativeFrom="paragraph">
                  <wp:posOffset>240288</wp:posOffset>
                </wp:positionV>
                <wp:extent cx="2654300" cy="863600"/>
                <wp:effectExtent l="0" t="0" r="12700" b="12700"/>
                <wp:wrapNone/>
                <wp:docPr id="1170724904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4300" cy="863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15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80AE02" w14:textId="1A83980C" w:rsidR="00C04E35" w:rsidRPr="00AA182D" w:rsidRDefault="00C04E35" w:rsidP="00C04E35">
                            <w:pPr>
                              <w:rPr>
                                <w:rFonts w:ascii="ADLaM Display" w:hAnsi="ADLaM Display" w:cs="ADLaM Display"/>
                                <w:sz w:val="40"/>
                                <w:szCs w:val="40"/>
                              </w:rPr>
                            </w:pPr>
                            <w:r w:rsidRPr="00AA182D">
                              <w:rPr>
                                <w:rFonts w:ascii="ADLaM Display" w:hAnsi="ADLaM Display" w:cs="ADLaM Display"/>
                                <w:sz w:val="40"/>
                                <w:szCs w:val="40"/>
                              </w:rPr>
                              <w:t>Conference Topics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6EC07F" id="Rectangle: Rounded Corners 7" o:spid="_x0000_s1026" style="position:absolute;margin-left:8pt;margin-top:18.9pt;width:209pt;height:68pt;z-index:251598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" fillcolor="#4bacc6 [3208]" strokecolor="#091a1e [488]" strokeweight="2pt">
                <v:textbox>
                  <w:txbxContent>
                    <w:p w14:paraId="1780AE02" w14:textId="1A83980C" w:rsidR="00C04E35" w:rsidRPr="00AA182D" w:rsidRDefault="00C04E35" w:rsidP="00C04E35">
                      <w:pPr>
                        <w:rPr>
                          <w:rFonts w:ascii="ADLaM Display" w:hAnsi="ADLaM Display" w:cs="ADLaM Display"/>
                          <w:sz w:val="40"/>
                          <w:szCs w:val="40"/>
                        </w:rPr>
                      </w:pPr>
                      <w:r w:rsidRPr="00AA182D">
                        <w:rPr>
                          <w:rFonts w:ascii="ADLaM Display" w:hAnsi="ADLaM Display" w:cs="ADLaM Display"/>
                          <w:sz w:val="40"/>
                          <w:szCs w:val="40"/>
                        </w:rPr>
                        <w:t>Conference Topics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29B2C710" wp14:editId="012D09FC">
                <wp:simplePos x="0" y="0"/>
                <wp:positionH relativeFrom="column">
                  <wp:posOffset>4158405</wp:posOffset>
                </wp:positionH>
                <wp:positionV relativeFrom="paragraph">
                  <wp:posOffset>275059</wp:posOffset>
                </wp:positionV>
                <wp:extent cx="2032000" cy="850900"/>
                <wp:effectExtent l="0" t="0" r="2540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0" cy="85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8B6358" w14:textId="3BA0218E" w:rsidR="0035363D" w:rsidRPr="0035363D" w:rsidRDefault="0035363D" w:rsidP="0035363D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5363D">
                              <w:rPr>
                                <w:sz w:val="32"/>
                                <w:szCs w:val="32"/>
                              </w:rPr>
                              <w:t>July 1</w:t>
                            </w:r>
                            <w:r w:rsidR="00603598">
                              <w:rPr>
                                <w:sz w:val="32"/>
                                <w:szCs w:val="32"/>
                              </w:rPr>
                              <w:t>4 &amp;15</w:t>
                            </w:r>
                            <w:r w:rsidRPr="0035363D">
                              <w:rPr>
                                <w:sz w:val="32"/>
                                <w:szCs w:val="32"/>
                              </w:rPr>
                              <w:t xml:space="preserve"> 202</w:t>
                            </w:r>
                            <w:r w:rsidR="00603598">
                              <w:rPr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  <w:p w14:paraId="7B31BCE4" w14:textId="37113370" w:rsidR="0035363D" w:rsidRPr="0035363D" w:rsidRDefault="0035363D" w:rsidP="0035363D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5363D">
                              <w:rPr>
                                <w:sz w:val="32"/>
                                <w:szCs w:val="32"/>
                              </w:rPr>
                              <w:t>Arrowwood Resort</w:t>
                            </w:r>
                          </w:p>
                          <w:p w14:paraId="1858825B" w14:textId="356EEAC8" w:rsidR="0035363D" w:rsidRPr="0035363D" w:rsidRDefault="0035363D" w:rsidP="0035363D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5363D">
                              <w:rPr>
                                <w:sz w:val="32"/>
                                <w:szCs w:val="32"/>
                              </w:rPr>
                              <w:t>Chamberlain, SD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B2C71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327.45pt;margin-top:21.65pt;width:160pt;height:67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">
                <v:textbox>
                  <w:txbxContent>
                    <w:p w14:paraId="238B6358" w14:textId="3BA0218E" w:rsidR="0035363D" w:rsidRPr="0035363D" w:rsidRDefault="0035363D" w:rsidP="0035363D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5363D">
                        <w:rPr>
                          <w:sz w:val="32"/>
                          <w:szCs w:val="32"/>
                        </w:rPr>
                        <w:t>July 1</w:t>
                      </w:r>
                      <w:r w:rsidR="00603598">
                        <w:rPr>
                          <w:sz w:val="32"/>
                          <w:szCs w:val="32"/>
                        </w:rPr>
                        <w:t>4 &amp;15</w:t>
                      </w:r>
                      <w:r w:rsidRPr="0035363D">
                        <w:rPr>
                          <w:sz w:val="32"/>
                          <w:szCs w:val="32"/>
                        </w:rPr>
                        <w:t xml:space="preserve"> 202</w:t>
                      </w:r>
                      <w:r w:rsidR="00603598">
                        <w:rPr>
                          <w:sz w:val="32"/>
                          <w:szCs w:val="32"/>
                        </w:rPr>
                        <w:t>6</w:t>
                      </w:r>
                    </w:p>
                    <w:p w14:paraId="7B31BCE4" w14:textId="37113370" w:rsidR="0035363D" w:rsidRPr="0035363D" w:rsidRDefault="0035363D" w:rsidP="0035363D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5363D">
                        <w:rPr>
                          <w:sz w:val="32"/>
                          <w:szCs w:val="32"/>
                        </w:rPr>
                        <w:t>Arrowwood Resort</w:t>
                      </w:r>
                    </w:p>
                    <w:p w14:paraId="1858825B" w14:textId="356EEAC8" w:rsidR="0035363D" w:rsidRPr="0035363D" w:rsidRDefault="0035363D" w:rsidP="0035363D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5363D">
                        <w:rPr>
                          <w:sz w:val="32"/>
                          <w:szCs w:val="32"/>
                        </w:rPr>
                        <w:t>Chamberlain, SD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5613">
        <w:br/>
      </w:r>
    </w:p>
    <w:p w14:paraId="0394184A" w14:textId="30AAA0C7" w:rsidR="00E47468" w:rsidRDefault="00575DE0" w:rsidP="00810DEA">
      <w:pPr>
        <w:pStyle w:val="NormalWeb"/>
      </w:pPr>
      <w:r>
        <w:br/>
      </w:r>
      <w:r>
        <w:br/>
      </w:r>
      <w:r>
        <w:br/>
      </w:r>
      <w:r>
        <w:br/>
      </w:r>
      <w:r w:rsidR="00052DEC">
        <w:rPr>
          <w:noProof/>
        </w:rPr>
        <mc:AlternateContent>
          <mc:Choice Requires="wps">
            <w:drawing>
              <wp:inline distT="0" distB="0" distL="0" distR="0" wp14:anchorId="1CA86E8A" wp14:editId="04A56EB1">
                <wp:extent cx="306705" cy="306705"/>
                <wp:effectExtent l="0" t="0" r="0" b="0"/>
                <wp:docPr id="1038151343" name="AutoShape 4" descr="Generated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E98B0DB" id="AutoShape 4" o:spid="_x0000_s1026" alt="Generated image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" filled="f" stroked="f">
                <o:lock v:ext="edit" aspectratio="t"/>
                <w10:anchorlock/>
              </v:rect>
            </w:pict>
          </mc:Fallback>
        </mc:AlternateContent>
      </w:r>
    </w:p>
    <w:p w14:paraId="21742877" w14:textId="1CE6AD6A" w:rsidR="00B63B46" w:rsidRDefault="00810DEA" w:rsidP="001558A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6816" behindDoc="0" locked="0" layoutInCell="1" allowOverlap="1" wp14:anchorId="4024ECF8" wp14:editId="3ED26B46">
                <wp:simplePos x="0" y="0"/>
                <wp:positionH relativeFrom="margin">
                  <wp:align>left</wp:align>
                </wp:positionH>
                <wp:positionV relativeFrom="paragraph">
                  <wp:posOffset>5149</wp:posOffset>
                </wp:positionV>
                <wp:extent cx="6483350" cy="4394200"/>
                <wp:effectExtent l="0" t="0" r="12700" b="25400"/>
                <wp:wrapSquare wrapText="bothSides"/>
                <wp:docPr id="9109194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3350" cy="4394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E8385" w14:textId="49C5241C" w:rsidR="00A331E7" w:rsidRPr="00C978A7" w:rsidRDefault="00B85EB3" w:rsidP="00A331E7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/>
                              <w:rPr>
                                <w:sz w:val="32"/>
                                <w:szCs w:val="32"/>
                              </w:rPr>
                            </w:pPr>
                            <w:r w:rsidRPr="00C978A7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331E7" w:rsidRPr="00C978A7">
                              <w:rPr>
                                <w:sz w:val="32"/>
                                <w:szCs w:val="32"/>
                              </w:rPr>
                              <w:t>Lakota Traditions and Culture</w:t>
                            </w:r>
                          </w:p>
                          <w:p w14:paraId="0CD454E5" w14:textId="374C377F" w:rsidR="00A331E7" w:rsidRPr="00C978A7" w:rsidRDefault="00A331E7" w:rsidP="00A331E7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/>
                              <w:rPr>
                                <w:sz w:val="32"/>
                                <w:szCs w:val="32"/>
                              </w:rPr>
                            </w:pPr>
                            <w:r w:rsidRPr="00C978A7">
                              <w:rPr>
                                <w:sz w:val="32"/>
                                <w:szCs w:val="32"/>
                              </w:rPr>
                              <w:t>Telehealth, the strides th</w:t>
                            </w:r>
                            <w:r w:rsidR="009B026E" w:rsidRPr="00C978A7">
                              <w:rPr>
                                <w:sz w:val="32"/>
                                <w:szCs w:val="32"/>
                              </w:rPr>
                              <w:t>at</w:t>
                            </w:r>
                            <w:r w:rsidRPr="00C978A7">
                              <w:rPr>
                                <w:sz w:val="32"/>
                                <w:szCs w:val="32"/>
                              </w:rPr>
                              <w:t xml:space="preserve"> have made and Type 1 Diabetes</w:t>
                            </w:r>
                            <w:r w:rsidR="009B026E" w:rsidRPr="00C978A7">
                              <w:rPr>
                                <w:sz w:val="32"/>
                                <w:szCs w:val="32"/>
                              </w:rPr>
                              <w:t xml:space="preserve">:  </w:t>
                            </w:r>
                            <w:r w:rsidR="00394EA5" w:rsidRPr="00C978A7">
                              <w:rPr>
                                <w:sz w:val="32"/>
                                <w:szCs w:val="32"/>
                              </w:rPr>
                              <w:t>H</w:t>
                            </w:r>
                            <w:r w:rsidRPr="00C978A7">
                              <w:rPr>
                                <w:sz w:val="32"/>
                                <w:szCs w:val="32"/>
                              </w:rPr>
                              <w:t>aving a school nurse affects HgbA1C and attendance</w:t>
                            </w:r>
                            <w:r w:rsidR="00394EA5" w:rsidRPr="00C978A7">
                              <w:rPr>
                                <w:sz w:val="32"/>
                                <w:szCs w:val="32"/>
                              </w:rPr>
                              <w:t>, study results</w:t>
                            </w:r>
                          </w:p>
                          <w:p w14:paraId="0678EDA6" w14:textId="77777777" w:rsidR="00BE4C82" w:rsidRPr="00C978A7" w:rsidRDefault="00BE4C82" w:rsidP="00BE4C82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/>
                              <w:rPr>
                                <w:sz w:val="32"/>
                                <w:szCs w:val="32"/>
                              </w:rPr>
                            </w:pPr>
                            <w:r w:rsidRPr="00C978A7">
                              <w:rPr>
                                <w:sz w:val="32"/>
                                <w:szCs w:val="32"/>
                              </w:rPr>
                              <w:t>How AI can be used in School Nursing</w:t>
                            </w:r>
                          </w:p>
                          <w:p w14:paraId="7213BB98" w14:textId="7238065D" w:rsidR="00B85EB3" w:rsidRPr="00C978A7" w:rsidRDefault="00F41A58" w:rsidP="00AB5A5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C978A7">
                              <w:rPr>
                                <w:sz w:val="32"/>
                                <w:szCs w:val="32"/>
                              </w:rPr>
                              <w:t>SDSNA Annual Meeting and Elections with Committee Breakouts</w:t>
                            </w:r>
                            <w:r w:rsidR="00B85EB3" w:rsidRPr="00C978A7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68C9878" w14:textId="67D86DE9" w:rsidR="00B85EB3" w:rsidRPr="00C978A7" w:rsidRDefault="00441518" w:rsidP="00BC0A27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C978A7">
                              <w:rPr>
                                <w:sz w:val="32"/>
                                <w:szCs w:val="32"/>
                              </w:rPr>
                              <w:t>Coordinated Support System for Students with Epilepsy (</w:t>
                            </w:r>
                            <w:r w:rsidR="0051446A" w:rsidRPr="00C978A7">
                              <w:rPr>
                                <w:sz w:val="32"/>
                                <w:szCs w:val="32"/>
                              </w:rPr>
                              <w:t>C</w:t>
                            </w:r>
                            <w:r w:rsidRPr="00C978A7">
                              <w:rPr>
                                <w:sz w:val="32"/>
                                <w:szCs w:val="32"/>
                              </w:rPr>
                              <w:t>SSSE) Project: Empowering School Nurses to Enhance Epilepsy Management and Student Care</w:t>
                            </w:r>
                            <w:r w:rsidR="00B85EB3" w:rsidRPr="00C978A7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4E4EC1A3" w14:textId="3784D5DF" w:rsidR="00B85EB3" w:rsidRPr="00C978A7" w:rsidRDefault="00B85EB3" w:rsidP="00BC0A27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C978A7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F5739" w:rsidRPr="00C978A7">
                              <w:rPr>
                                <w:sz w:val="32"/>
                                <w:szCs w:val="32"/>
                              </w:rPr>
                              <w:t>Delta Dental Presentation</w:t>
                            </w:r>
                          </w:p>
                          <w:p w14:paraId="642C3198" w14:textId="2703464A" w:rsidR="00DF5739" w:rsidRPr="00C978A7" w:rsidRDefault="00C978A7" w:rsidP="00DF573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/>
                              <w:rPr>
                                <w:sz w:val="32"/>
                                <w:szCs w:val="32"/>
                              </w:rPr>
                            </w:pPr>
                            <w:r w:rsidRPr="00C978A7">
                              <w:rPr>
                                <w:sz w:val="32"/>
                                <w:szCs w:val="32"/>
                              </w:rPr>
                              <w:t>Pediatric Cardiology - Dysautonomia in Children and Adolescents</w:t>
                            </w:r>
                          </w:p>
                          <w:p w14:paraId="30275418" w14:textId="013EFFB5" w:rsidR="00DF5739" w:rsidRPr="00C978A7" w:rsidRDefault="006A5109" w:rsidP="00DF573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/>
                              <w:rPr>
                                <w:sz w:val="32"/>
                                <w:szCs w:val="32"/>
                              </w:rPr>
                            </w:pPr>
                            <w:r w:rsidRPr="00C978A7">
                              <w:rPr>
                                <w:sz w:val="32"/>
                                <w:szCs w:val="32"/>
                              </w:rPr>
                              <w:t>Stop the Bleed</w:t>
                            </w:r>
                          </w:p>
                          <w:p w14:paraId="6A75A6D3" w14:textId="18D18F93" w:rsidR="00DF5739" w:rsidRPr="00C978A7" w:rsidRDefault="00DD7F50" w:rsidP="001A57B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C978A7">
                              <w:rPr>
                                <w:sz w:val="32"/>
                                <w:szCs w:val="32"/>
                              </w:rPr>
                              <w:t xml:space="preserve">Fundraising: </w:t>
                            </w:r>
                            <w:r w:rsidR="001A57B8" w:rsidRPr="00C978A7">
                              <w:rPr>
                                <w:sz w:val="32"/>
                                <w:szCs w:val="32"/>
                              </w:rPr>
                              <w:t>S</w:t>
                            </w:r>
                            <w:r w:rsidR="00AB4E1E" w:rsidRPr="00C978A7">
                              <w:rPr>
                                <w:sz w:val="32"/>
                                <w:szCs w:val="32"/>
                              </w:rPr>
                              <w:t>ilent Auction</w:t>
                            </w:r>
                            <w:r w:rsidR="00C3762D" w:rsidRPr="00C978A7">
                              <w:rPr>
                                <w:sz w:val="32"/>
                                <w:szCs w:val="32"/>
                              </w:rPr>
                              <w:t xml:space="preserve"> – All members are welcome to bring a </w:t>
                            </w:r>
                            <w:r w:rsidR="00C77305" w:rsidRPr="00C978A7">
                              <w:rPr>
                                <w:sz w:val="32"/>
                                <w:szCs w:val="32"/>
                              </w:rPr>
                              <w:t>gift to donate</w:t>
                            </w:r>
                            <w:r w:rsidR="00625042" w:rsidRPr="00C978A7">
                              <w:rPr>
                                <w:sz w:val="32"/>
                                <w:szCs w:val="32"/>
                              </w:rPr>
                              <w:t xml:space="preserve">.  </w:t>
                            </w:r>
                            <w:r w:rsidR="00625042" w:rsidRPr="00935537"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>Might be a nice way to advertise your side business.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4ECF8" id="_x0000_s1028" type="#_x0000_t202" style="position:absolute;margin-left:0;margin-top:.4pt;width:510.5pt;height:346pt;z-index:2517468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" filled="f">
                <v:textbox>
                  <w:txbxContent>
                    <w:p w14:paraId="2D1E8385" w14:textId="49C5241C" w:rsidR="00A331E7" w:rsidRPr="00C978A7" w:rsidRDefault="00B85EB3" w:rsidP="00A331E7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/>
                        <w:rPr>
                          <w:sz w:val="32"/>
                          <w:szCs w:val="32"/>
                        </w:rPr>
                      </w:pPr>
                      <w:r w:rsidRPr="00C978A7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A331E7" w:rsidRPr="00C978A7">
                        <w:rPr>
                          <w:sz w:val="32"/>
                          <w:szCs w:val="32"/>
                        </w:rPr>
                        <w:t>Lakota Traditions and Culture</w:t>
                      </w:r>
                    </w:p>
                    <w:p w14:paraId="0CD454E5" w14:textId="374C377F" w:rsidR="00A331E7" w:rsidRPr="00C978A7" w:rsidRDefault="00A331E7" w:rsidP="00A331E7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/>
                        <w:rPr>
                          <w:sz w:val="32"/>
                          <w:szCs w:val="32"/>
                        </w:rPr>
                      </w:pPr>
                      <w:r w:rsidRPr="00C978A7">
                        <w:rPr>
                          <w:sz w:val="32"/>
                          <w:szCs w:val="32"/>
                        </w:rPr>
                        <w:t>Telehealth, the strides th</w:t>
                      </w:r>
                      <w:r w:rsidR="009B026E" w:rsidRPr="00C978A7">
                        <w:rPr>
                          <w:sz w:val="32"/>
                          <w:szCs w:val="32"/>
                        </w:rPr>
                        <w:t>at</w:t>
                      </w:r>
                      <w:r w:rsidRPr="00C978A7">
                        <w:rPr>
                          <w:sz w:val="32"/>
                          <w:szCs w:val="32"/>
                        </w:rPr>
                        <w:t xml:space="preserve"> have made and Type 1 Diabetes</w:t>
                      </w:r>
                      <w:r w:rsidR="009B026E" w:rsidRPr="00C978A7">
                        <w:rPr>
                          <w:sz w:val="32"/>
                          <w:szCs w:val="32"/>
                        </w:rPr>
                        <w:t xml:space="preserve">:  </w:t>
                      </w:r>
                      <w:r w:rsidR="00394EA5" w:rsidRPr="00C978A7">
                        <w:rPr>
                          <w:sz w:val="32"/>
                          <w:szCs w:val="32"/>
                        </w:rPr>
                        <w:t>H</w:t>
                      </w:r>
                      <w:r w:rsidRPr="00C978A7">
                        <w:rPr>
                          <w:sz w:val="32"/>
                          <w:szCs w:val="32"/>
                        </w:rPr>
                        <w:t>aving a school nurse affects HgbA1C and attendance</w:t>
                      </w:r>
                      <w:r w:rsidR="00394EA5" w:rsidRPr="00C978A7">
                        <w:rPr>
                          <w:sz w:val="32"/>
                          <w:szCs w:val="32"/>
                        </w:rPr>
                        <w:t>, study results</w:t>
                      </w:r>
                    </w:p>
                    <w:p w14:paraId="0678EDA6" w14:textId="77777777" w:rsidR="00BE4C82" w:rsidRPr="00C978A7" w:rsidRDefault="00BE4C82" w:rsidP="00BE4C82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/>
                        <w:rPr>
                          <w:sz w:val="32"/>
                          <w:szCs w:val="32"/>
                        </w:rPr>
                      </w:pPr>
                      <w:r w:rsidRPr="00C978A7">
                        <w:rPr>
                          <w:sz w:val="32"/>
                          <w:szCs w:val="32"/>
                        </w:rPr>
                        <w:t>How AI can be used in School Nursing</w:t>
                      </w:r>
                    </w:p>
                    <w:p w14:paraId="7213BB98" w14:textId="7238065D" w:rsidR="00B85EB3" w:rsidRPr="00C978A7" w:rsidRDefault="00F41A58" w:rsidP="00AB5A5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sz w:val="32"/>
                          <w:szCs w:val="32"/>
                        </w:rPr>
                      </w:pPr>
                      <w:r w:rsidRPr="00C978A7">
                        <w:rPr>
                          <w:sz w:val="32"/>
                          <w:szCs w:val="32"/>
                        </w:rPr>
                        <w:t>SDSNA Annual Meeting and Elections with Committee Breakouts</w:t>
                      </w:r>
                      <w:r w:rsidR="00B85EB3" w:rsidRPr="00C978A7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14:paraId="368C9878" w14:textId="67D86DE9" w:rsidR="00B85EB3" w:rsidRPr="00C978A7" w:rsidRDefault="00441518" w:rsidP="00BC0A27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sz w:val="32"/>
                          <w:szCs w:val="32"/>
                        </w:rPr>
                      </w:pPr>
                      <w:r w:rsidRPr="00C978A7">
                        <w:rPr>
                          <w:sz w:val="32"/>
                          <w:szCs w:val="32"/>
                        </w:rPr>
                        <w:t>Coordinated Support System for Students with Epilepsy (</w:t>
                      </w:r>
                      <w:r w:rsidR="0051446A" w:rsidRPr="00C978A7">
                        <w:rPr>
                          <w:sz w:val="32"/>
                          <w:szCs w:val="32"/>
                        </w:rPr>
                        <w:t>C</w:t>
                      </w:r>
                      <w:r w:rsidRPr="00C978A7">
                        <w:rPr>
                          <w:sz w:val="32"/>
                          <w:szCs w:val="32"/>
                        </w:rPr>
                        <w:t>SSSE) Project: Empowering School Nurses to Enhance Epilepsy Management and Student Care</w:t>
                      </w:r>
                      <w:r w:rsidR="00B85EB3" w:rsidRPr="00C978A7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14:paraId="4E4EC1A3" w14:textId="3784D5DF" w:rsidR="00B85EB3" w:rsidRPr="00C978A7" w:rsidRDefault="00B85EB3" w:rsidP="00BC0A27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sz w:val="32"/>
                          <w:szCs w:val="32"/>
                        </w:rPr>
                      </w:pPr>
                      <w:r w:rsidRPr="00C978A7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DF5739" w:rsidRPr="00C978A7">
                        <w:rPr>
                          <w:sz w:val="32"/>
                          <w:szCs w:val="32"/>
                        </w:rPr>
                        <w:t>Delta Dental Presentation</w:t>
                      </w:r>
                    </w:p>
                    <w:p w14:paraId="642C3198" w14:textId="2703464A" w:rsidR="00DF5739" w:rsidRPr="00C978A7" w:rsidRDefault="00C978A7" w:rsidP="00DF5739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/>
                        <w:rPr>
                          <w:sz w:val="32"/>
                          <w:szCs w:val="32"/>
                        </w:rPr>
                      </w:pPr>
                      <w:r w:rsidRPr="00C978A7">
                        <w:rPr>
                          <w:sz w:val="32"/>
                          <w:szCs w:val="32"/>
                        </w:rPr>
                        <w:t>Pediatric Cardiology - Dysautonomia in Children and Adolescents</w:t>
                      </w:r>
                    </w:p>
                    <w:p w14:paraId="30275418" w14:textId="013EFFB5" w:rsidR="00DF5739" w:rsidRPr="00C978A7" w:rsidRDefault="006A5109" w:rsidP="00DF5739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/>
                        <w:rPr>
                          <w:sz w:val="32"/>
                          <w:szCs w:val="32"/>
                        </w:rPr>
                      </w:pPr>
                      <w:r w:rsidRPr="00C978A7">
                        <w:rPr>
                          <w:sz w:val="32"/>
                          <w:szCs w:val="32"/>
                        </w:rPr>
                        <w:t>Stop the Bleed</w:t>
                      </w:r>
                    </w:p>
                    <w:p w14:paraId="6A75A6D3" w14:textId="18D18F93" w:rsidR="00DF5739" w:rsidRPr="00C978A7" w:rsidRDefault="00DD7F50" w:rsidP="001A57B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sz w:val="32"/>
                          <w:szCs w:val="32"/>
                        </w:rPr>
                      </w:pPr>
                      <w:r w:rsidRPr="00C978A7">
                        <w:rPr>
                          <w:sz w:val="32"/>
                          <w:szCs w:val="32"/>
                        </w:rPr>
                        <w:t xml:space="preserve">Fundraising: </w:t>
                      </w:r>
                      <w:r w:rsidR="001A57B8" w:rsidRPr="00C978A7">
                        <w:rPr>
                          <w:sz w:val="32"/>
                          <w:szCs w:val="32"/>
                        </w:rPr>
                        <w:t>S</w:t>
                      </w:r>
                      <w:r w:rsidR="00AB4E1E" w:rsidRPr="00C978A7">
                        <w:rPr>
                          <w:sz w:val="32"/>
                          <w:szCs w:val="32"/>
                        </w:rPr>
                        <w:t>ilent Auction</w:t>
                      </w:r>
                      <w:r w:rsidR="00C3762D" w:rsidRPr="00C978A7">
                        <w:rPr>
                          <w:sz w:val="32"/>
                          <w:szCs w:val="32"/>
                        </w:rPr>
                        <w:t xml:space="preserve"> – All members are welcome to bring a </w:t>
                      </w:r>
                      <w:r w:rsidR="00C77305" w:rsidRPr="00C978A7">
                        <w:rPr>
                          <w:sz w:val="32"/>
                          <w:szCs w:val="32"/>
                        </w:rPr>
                        <w:t>gift to donate</w:t>
                      </w:r>
                      <w:r w:rsidR="00625042" w:rsidRPr="00C978A7">
                        <w:rPr>
                          <w:sz w:val="32"/>
                          <w:szCs w:val="32"/>
                        </w:rPr>
                        <w:t xml:space="preserve">.  </w:t>
                      </w:r>
                      <w:r w:rsidR="00625042" w:rsidRPr="00935537">
                        <w:rPr>
                          <w:i/>
                          <w:iCs/>
                          <w:sz w:val="32"/>
                          <w:szCs w:val="32"/>
                        </w:rPr>
                        <w:t>Might be a nice way to advertise your side business.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D13C381" w14:textId="736A7696" w:rsidR="00E77541" w:rsidRPr="00E77541" w:rsidRDefault="00E77541" w:rsidP="00E77541"/>
    <w:p w14:paraId="61286894" w14:textId="5D82B96F" w:rsidR="00E77541" w:rsidRPr="00E77541" w:rsidRDefault="00EF2798" w:rsidP="00E77541">
      <w:r>
        <w:rPr>
          <w:noProof/>
        </w:rPr>
        <w:drawing>
          <wp:anchor distT="0" distB="0" distL="114300" distR="114300" simplePos="0" relativeHeight="251594240" behindDoc="1" locked="0" layoutInCell="1" allowOverlap="1" wp14:anchorId="0F7D90CD" wp14:editId="73D3097E">
            <wp:simplePos x="0" y="0"/>
            <wp:positionH relativeFrom="column">
              <wp:posOffset>-5105805</wp:posOffset>
            </wp:positionH>
            <wp:positionV relativeFrom="paragraph">
              <wp:posOffset>475392</wp:posOffset>
            </wp:positionV>
            <wp:extent cx="12397012" cy="4507865"/>
            <wp:effectExtent l="0" t="0" r="5080" b="6985"/>
            <wp:wrapNone/>
            <wp:docPr id="405486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alphaModFix amt="41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7012" cy="4507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E4ADE8" w14:textId="1C96BAA3" w:rsidR="00E77541" w:rsidRPr="00E77541" w:rsidRDefault="00E77541" w:rsidP="00E77541"/>
    <w:p w14:paraId="0BBCBC65" w14:textId="5D531407" w:rsidR="00E77541" w:rsidRPr="00E77541" w:rsidRDefault="00E77541" w:rsidP="00E77541"/>
    <w:p w14:paraId="124EC4D4" w14:textId="3FE3F7D9" w:rsidR="00E77541" w:rsidRPr="00E77541" w:rsidRDefault="00E77541" w:rsidP="00E77541"/>
    <w:p w14:paraId="596C0F5F" w14:textId="656DF9B5" w:rsidR="00E77541" w:rsidRPr="00E77541" w:rsidRDefault="00E77541" w:rsidP="00E77541"/>
    <w:p w14:paraId="29257C17" w14:textId="77777777" w:rsidR="00E77541" w:rsidRPr="00E77541" w:rsidRDefault="00E77541" w:rsidP="00E77541"/>
    <w:p w14:paraId="58429EDB" w14:textId="77777777" w:rsidR="00E77541" w:rsidRPr="00E77541" w:rsidRDefault="00E77541" w:rsidP="00E77541"/>
    <w:p w14:paraId="1FAA407D" w14:textId="77777777" w:rsidR="00E77541" w:rsidRPr="00E77541" w:rsidRDefault="00E77541" w:rsidP="00E77541"/>
    <w:p w14:paraId="6DB1CDF2" w14:textId="77777777" w:rsidR="00E77541" w:rsidRPr="00E77541" w:rsidRDefault="00E77541" w:rsidP="00E77541"/>
    <w:p w14:paraId="21169B46" w14:textId="2FDC7FC4" w:rsidR="00E77541" w:rsidRPr="00E77541" w:rsidRDefault="00E77541" w:rsidP="00E77541"/>
    <w:p w14:paraId="347D525C" w14:textId="463B36DA" w:rsidR="00E77541" w:rsidRDefault="00E77541" w:rsidP="00E77541"/>
    <w:p w14:paraId="4F16D558" w14:textId="3B057AC2" w:rsidR="00E77541" w:rsidRPr="00E77541" w:rsidRDefault="00E77541" w:rsidP="00E77541"/>
    <w:p w14:paraId="2F3F6338" w14:textId="3859115E" w:rsidR="00E77541" w:rsidRPr="00E77541" w:rsidRDefault="008144A1" w:rsidP="00E77541">
      <w:r>
        <w:rPr>
          <w:noProof/>
        </w:rPr>
        <mc:AlternateContent>
          <mc:Choice Requires="wps">
            <w:drawing>
              <wp:anchor distT="0" distB="0" distL="114300" distR="114300" simplePos="0" relativeHeight="251600384" behindDoc="1" locked="0" layoutInCell="1" allowOverlap="1" wp14:anchorId="07FC575D" wp14:editId="4D2D688E">
                <wp:simplePos x="0" y="0"/>
                <wp:positionH relativeFrom="column">
                  <wp:posOffset>-119744</wp:posOffset>
                </wp:positionH>
                <wp:positionV relativeFrom="paragraph">
                  <wp:posOffset>130956</wp:posOffset>
                </wp:positionV>
                <wp:extent cx="2395695" cy="2203729"/>
                <wp:effectExtent l="76200" t="57150" r="81280" b="101600"/>
                <wp:wrapTight wrapText="bothSides">
                  <wp:wrapPolygon edited="0">
                    <wp:start x="1890" y="-560"/>
                    <wp:lineTo x="-687" y="-187"/>
                    <wp:lineTo x="-687" y="19982"/>
                    <wp:lineTo x="0" y="20729"/>
                    <wp:lineTo x="0" y="20915"/>
                    <wp:lineTo x="2405" y="22222"/>
                    <wp:lineTo x="2749" y="22409"/>
                    <wp:lineTo x="18897" y="22409"/>
                    <wp:lineTo x="19069" y="22222"/>
                    <wp:lineTo x="21474" y="20729"/>
                    <wp:lineTo x="22161" y="17927"/>
                    <wp:lineTo x="22161" y="2428"/>
                    <wp:lineTo x="19928" y="-187"/>
                    <wp:lineTo x="19584" y="-560"/>
                    <wp:lineTo x="1890" y="-560"/>
                  </wp:wrapPolygon>
                </wp:wrapTight>
                <wp:docPr id="1396335904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5695" cy="2203729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DDF90F" w14:textId="27E71D7D" w:rsidR="000E3AD8" w:rsidRPr="00D618F4" w:rsidRDefault="000E3AD8" w:rsidP="00D618F4">
                            <w:pPr>
                              <w:spacing w:after="0" w:line="240" w:lineRule="auto"/>
                              <w:jc w:val="center"/>
                              <w:rPr>
                                <w:rFonts w:ascii="ADLaM Display" w:hAnsi="ADLaM Display" w:cs="ADLaM Display"/>
                                <w:sz w:val="36"/>
                                <w:szCs w:val="36"/>
                              </w:rPr>
                            </w:pPr>
                            <w:r w:rsidRPr="00D618F4">
                              <w:rPr>
                                <w:rFonts w:ascii="ADLaM Display" w:hAnsi="ADLaM Display" w:cs="ADLaM Display"/>
                                <w:sz w:val="36"/>
                                <w:szCs w:val="36"/>
                              </w:rPr>
                              <w:t>Register by</w:t>
                            </w:r>
                          </w:p>
                          <w:p w14:paraId="3D3BD28B" w14:textId="0F7A042F" w:rsidR="000E3AD8" w:rsidRDefault="000E3AD8" w:rsidP="00D618F4">
                            <w:pPr>
                              <w:spacing w:after="0" w:line="240" w:lineRule="auto"/>
                              <w:jc w:val="center"/>
                              <w:rPr>
                                <w:rFonts w:ascii="ADLaM Display" w:hAnsi="ADLaM Display" w:cs="ADLaM Display"/>
                                <w:sz w:val="36"/>
                                <w:szCs w:val="36"/>
                              </w:rPr>
                            </w:pPr>
                            <w:r w:rsidRPr="00D618F4">
                              <w:rPr>
                                <w:rFonts w:ascii="ADLaM Display" w:hAnsi="ADLaM Display" w:cs="ADLaM Display"/>
                                <w:sz w:val="36"/>
                                <w:szCs w:val="36"/>
                              </w:rPr>
                              <w:t>Ju</w:t>
                            </w:r>
                            <w:r w:rsidR="00720DF7">
                              <w:rPr>
                                <w:rFonts w:ascii="ADLaM Display" w:hAnsi="ADLaM Display" w:cs="ADLaM Display"/>
                                <w:sz w:val="36"/>
                                <w:szCs w:val="36"/>
                              </w:rPr>
                              <w:t>ly 1</w:t>
                            </w:r>
                            <w:r w:rsidR="00046892">
                              <w:rPr>
                                <w:rFonts w:ascii="ADLaM Display" w:hAnsi="ADLaM Display" w:cs="ADLaM Display"/>
                                <w:sz w:val="36"/>
                                <w:szCs w:val="36"/>
                              </w:rPr>
                              <w:t xml:space="preserve"> to avoid a late fee.  Registration will be </w:t>
                            </w:r>
                            <w:r w:rsidR="00B72B49">
                              <w:rPr>
                                <w:rFonts w:ascii="ADLaM Display" w:hAnsi="ADLaM Display" w:cs="ADLaM Display"/>
                                <w:sz w:val="36"/>
                                <w:szCs w:val="36"/>
                              </w:rPr>
                              <w:t>accepted on day of event</w:t>
                            </w:r>
                          </w:p>
                          <w:p w14:paraId="51909AFB" w14:textId="77777777" w:rsidR="008144A1" w:rsidRPr="00D618F4" w:rsidRDefault="008144A1" w:rsidP="00D618F4">
                            <w:pPr>
                              <w:spacing w:after="0" w:line="240" w:lineRule="auto"/>
                              <w:jc w:val="center"/>
                              <w:rPr>
                                <w:rFonts w:ascii="ADLaM Display" w:hAnsi="ADLaM Display" w:cs="ADLaM Display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FC575D" id="Rectangle: Rounded Corners 8" o:spid="_x0000_s1029" style="position:absolute;margin-left:-9.45pt;margin-top:10.3pt;width:188.65pt;height:173.5pt;z-index:-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" fillcolor="#4bacc6 [3208]" strokecolor="white [3201]" strokeweight="3pt">
                <v:shadow on="t" color="black" opacity="24903f" origin=",.5" offset="0,.55556mm"/>
                <v:textbox>
                  <w:txbxContent>
                    <w:p w14:paraId="17DDF90F" w14:textId="27E71D7D" w:rsidR="000E3AD8" w:rsidRPr="00D618F4" w:rsidRDefault="000E3AD8" w:rsidP="00D618F4">
                      <w:pPr>
                        <w:spacing w:after="0" w:line="240" w:lineRule="auto"/>
                        <w:jc w:val="center"/>
                        <w:rPr>
                          <w:rFonts w:ascii="ADLaM Display" w:hAnsi="ADLaM Display" w:cs="ADLaM Display"/>
                          <w:sz w:val="36"/>
                          <w:szCs w:val="36"/>
                        </w:rPr>
                      </w:pPr>
                      <w:r w:rsidRPr="00D618F4">
                        <w:rPr>
                          <w:rFonts w:ascii="ADLaM Display" w:hAnsi="ADLaM Display" w:cs="ADLaM Display"/>
                          <w:sz w:val="36"/>
                          <w:szCs w:val="36"/>
                        </w:rPr>
                        <w:t>Register by</w:t>
                      </w:r>
                    </w:p>
                    <w:p w14:paraId="3D3BD28B" w14:textId="0F7A042F" w:rsidR="000E3AD8" w:rsidRDefault="000E3AD8" w:rsidP="00D618F4">
                      <w:pPr>
                        <w:spacing w:after="0" w:line="240" w:lineRule="auto"/>
                        <w:jc w:val="center"/>
                        <w:rPr>
                          <w:rFonts w:ascii="ADLaM Display" w:hAnsi="ADLaM Display" w:cs="ADLaM Display"/>
                          <w:sz w:val="36"/>
                          <w:szCs w:val="36"/>
                        </w:rPr>
                      </w:pPr>
                      <w:r w:rsidRPr="00D618F4">
                        <w:rPr>
                          <w:rFonts w:ascii="ADLaM Display" w:hAnsi="ADLaM Display" w:cs="ADLaM Display"/>
                          <w:sz w:val="36"/>
                          <w:szCs w:val="36"/>
                        </w:rPr>
                        <w:t>Ju</w:t>
                      </w:r>
                      <w:r w:rsidR="00720DF7">
                        <w:rPr>
                          <w:rFonts w:ascii="ADLaM Display" w:hAnsi="ADLaM Display" w:cs="ADLaM Display"/>
                          <w:sz w:val="36"/>
                          <w:szCs w:val="36"/>
                        </w:rPr>
                        <w:t>ly 1</w:t>
                      </w:r>
                      <w:r w:rsidR="00046892">
                        <w:rPr>
                          <w:rFonts w:ascii="ADLaM Display" w:hAnsi="ADLaM Display" w:cs="ADLaM Display"/>
                          <w:sz w:val="36"/>
                          <w:szCs w:val="36"/>
                        </w:rPr>
                        <w:t xml:space="preserve"> to avoid a late fee.  Registration will be </w:t>
                      </w:r>
                      <w:r w:rsidR="00B72B49">
                        <w:rPr>
                          <w:rFonts w:ascii="ADLaM Display" w:hAnsi="ADLaM Display" w:cs="ADLaM Display"/>
                          <w:sz w:val="36"/>
                          <w:szCs w:val="36"/>
                        </w:rPr>
                        <w:t>accepted on day of event</w:t>
                      </w:r>
                    </w:p>
                    <w:p w14:paraId="51909AFB" w14:textId="77777777" w:rsidR="008144A1" w:rsidRPr="00D618F4" w:rsidRDefault="008144A1" w:rsidP="00D618F4">
                      <w:pPr>
                        <w:spacing w:after="0" w:line="240" w:lineRule="auto"/>
                        <w:jc w:val="center"/>
                        <w:rPr>
                          <w:rFonts w:ascii="ADLaM Display" w:hAnsi="ADLaM Display" w:cs="ADLaM Display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  <w:r w:rsidR="00EF2798">
        <w:rPr>
          <w:noProof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1851B4C8" wp14:editId="798268A8">
                <wp:simplePos x="0" y="0"/>
                <wp:positionH relativeFrom="page">
                  <wp:posOffset>2887645</wp:posOffset>
                </wp:positionH>
                <wp:positionV relativeFrom="paragraph">
                  <wp:posOffset>176921</wp:posOffset>
                </wp:positionV>
                <wp:extent cx="4832350" cy="1917700"/>
                <wp:effectExtent l="57150" t="19050" r="82550" b="101600"/>
                <wp:wrapNone/>
                <wp:docPr id="412967776" name="Flowchart: Punched Tap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2350" cy="1917700"/>
                        </a:xfrm>
                        <a:prstGeom prst="flowChartPunchedTape">
                          <a:avLst/>
                        </a:prstGeom>
                        <a:solidFill>
                          <a:srgbClr val="00CCFF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1A114D" w14:textId="77777777" w:rsidR="00D618F4" w:rsidRPr="005A1300" w:rsidRDefault="00D618F4" w:rsidP="00D618F4">
                            <w:pPr>
                              <w:spacing w:after="0" w:line="24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5A1300">
                              <w:rPr>
                                <w:sz w:val="36"/>
                                <w:szCs w:val="36"/>
                              </w:rPr>
                              <w:t>Lodging at Arrowwood Resort</w:t>
                            </w:r>
                          </w:p>
                          <w:p w14:paraId="0A844D4B" w14:textId="77777777" w:rsidR="00D618F4" w:rsidRPr="005A1300" w:rsidRDefault="00D618F4" w:rsidP="00D618F4">
                            <w:pPr>
                              <w:spacing w:after="0" w:line="24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5A1300">
                              <w:rPr>
                                <w:sz w:val="36"/>
                                <w:szCs w:val="36"/>
                              </w:rPr>
                              <w:t xml:space="preserve"> &amp; Conference Center</w:t>
                            </w:r>
                          </w:p>
                          <w:p w14:paraId="64D1F1BE" w14:textId="5C8DE2FE" w:rsidR="00D618F4" w:rsidRPr="005A1300" w:rsidRDefault="00D618F4" w:rsidP="00D618F4">
                            <w:pPr>
                              <w:spacing w:after="0" w:line="24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5A1300">
                              <w:rPr>
                                <w:sz w:val="36"/>
                                <w:szCs w:val="36"/>
                              </w:rPr>
                              <w:t xml:space="preserve"> $1</w:t>
                            </w:r>
                            <w:r w:rsidR="000C1C08">
                              <w:rPr>
                                <w:sz w:val="36"/>
                                <w:szCs w:val="36"/>
                              </w:rPr>
                              <w:t>3</w:t>
                            </w:r>
                            <w:r w:rsidRPr="005A1300">
                              <w:rPr>
                                <w:sz w:val="36"/>
                                <w:szCs w:val="36"/>
                              </w:rPr>
                              <w:t xml:space="preserve">9 for 2 Queen Beds Block Reserved until </w:t>
                            </w:r>
                          </w:p>
                          <w:p w14:paraId="614708A7" w14:textId="37561DB2" w:rsidR="00D618F4" w:rsidRPr="005A1300" w:rsidRDefault="00D618F4" w:rsidP="00D618F4">
                            <w:pPr>
                              <w:spacing w:after="0" w:line="24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5A1300">
                              <w:rPr>
                                <w:sz w:val="36"/>
                                <w:szCs w:val="36"/>
                              </w:rPr>
                              <w:t>6/</w:t>
                            </w:r>
                            <w:r w:rsidR="0055179E">
                              <w:rPr>
                                <w:sz w:val="36"/>
                                <w:szCs w:val="36"/>
                              </w:rPr>
                              <w:t>14/2026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51B4C8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Flowchart: Punched Tape 9" o:spid="_x0000_s1030" type="#_x0000_t122" style="position:absolute;margin-left:227.35pt;margin-top:13.95pt;width:380.5pt;height:151pt;z-index:2516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" fillcolor="#0cf" strokecolor="#4579b8 [3044]">
                <v:shadow on="t" color="black" opacity="22937f" origin=",.5" offset="0,.63889mm"/>
                <v:textbox>
                  <w:txbxContent>
                    <w:p w14:paraId="541A114D" w14:textId="77777777" w:rsidR="00D618F4" w:rsidRPr="005A1300" w:rsidRDefault="00D618F4" w:rsidP="00D618F4">
                      <w:pPr>
                        <w:spacing w:after="0" w:line="240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 w:rsidRPr="005A1300">
                        <w:rPr>
                          <w:sz w:val="36"/>
                          <w:szCs w:val="36"/>
                        </w:rPr>
                        <w:t>Lodging at Arrowwood Resort</w:t>
                      </w:r>
                    </w:p>
                    <w:p w14:paraId="0A844D4B" w14:textId="77777777" w:rsidR="00D618F4" w:rsidRPr="005A1300" w:rsidRDefault="00D618F4" w:rsidP="00D618F4">
                      <w:pPr>
                        <w:spacing w:after="0" w:line="240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 w:rsidRPr="005A1300">
                        <w:rPr>
                          <w:sz w:val="36"/>
                          <w:szCs w:val="36"/>
                        </w:rPr>
                        <w:t xml:space="preserve"> &amp; Conference Center</w:t>
                      </w:r>
                    </w:p>
                    <w:p w14:paraId="64D1F1BE" w14:textId="5C8DE2FE" w:rsidR="00D618F4" w:rsidRPr="005A1300" w:rsidRDefault="00D618F4" w:rsidP="00D618F4">
                      <w:pPr>
                        <w:spacing w:after="0" w:line="240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 w:rsidRPr="005A1300">
                        <w:rPr>
                          <w:sz w:val="36"/>
                          <w:szCs w:val="36"/>
                        </w:rPr>
                        <w:t xml:space="preserve"> $1</w:t>
                      </w:r>
                      <w:r w:rsidR="000C1C08">
                        <w:rPr>
                          <w:sz w:val="36"/>
                          <w:szCs w:val="36"/>
                        </w:rPr>
                        <w:t>3</w:t>
                      </w:r>
                      <w:r w:rsidRPr="005A1300">
                        <w:rPr>
                          <w:sz w:val="36"/>
                          <w:szCs w:val="36"/>
                        </w:rPr>
                        <w:t xml:space="preserve">9 for 2 Queen Beds Block Reserved until </w:t>
                      </w:r>
                    </w:p>
                    <w:p w14:paraId="614708A7" w14:textId="37561DB2" w:rsidR="00D618F4" w:rsidRPr="005A1300" w:rsidRDefault="00D618F4" w:rsidP="00D618F4">
                      <w:pPr>
                        <w:spacing w:after="0" w:line="240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 w:rsidRPr="005A1300">
                        <w:rPr>
                          <w:sz w:val="36"/>
                          <w:szCs w:val="36"/>
                        </w:rPr>
                        <w:t>6/</w:t>
                      </w:r>
                      <w:r w:rsidR="0055179E">
                        <w:rPr>
                          <w:sz w:val="36"/>
                          <w:szCs w:val="36"/>
                        </w:rPr>
                        <w:t>14/2026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873F96C" w14:textId="2B6F8F82" w:rsidR="00E77541" w:rsidRPr="00E77541" w:rsidRDefault="00E77541" w:rsidP="00E77541"/>
    <w:p w14:paraId="1CB2F221" w14:textId="6447FA45" w:rsidR="00E77541" w:rsidRPr="00E77541" w:rsidRDefault="00E77541" w:rsidP="00E77541"/>
    <w:p w14:paraId="43CD8748" w14:textId="3126771F" w:rsidR="00E77541" w:rsidRPr="00E77541" w:rsidRDefault="00E77541" w:rsidP="00E77541"/>
    <w:p w14:paraId="24421E20" w14:textId="627F6950" w:rsidR="00E77541" w:rsidRPr="00E77541" w:rsidRDefault="00E77541" w:rsidP="00E77541"/>
    <w:p w14:paraId="35B6CCB3" w14:textId="0A13BF87" w:rsidR="00E77541" w:rsidRPr="00E77541" w:rsidRDefault="00E77541" w:rsidP="00E77541"/>
    <w:p w14:paraId="327DF018" w14:textId="6C9A5D86" w:rsidR="00E77541" w:rsidRPr="00E77541" w:rsidRDefault="00E77541" w:rsidP="00E77541"/>
    <w:p w14:paraId="1AF50195" w14:textId="77777777" w:rsidR="000C2C74" w:rsidRDefault="000C2C74" w:rsidP="000C2C74">
      <w:pPr>
        <w:tabs>
          <w:tab w:val="center" w:pos="3521"/>
        </w:tabs>
        <w:jc w:val="center"/>
      </w:pPr>
    </w:p>
    <w:p w14:paraId="11160E3E" w14:textId="5B5F4396" w:rsidR="00500BB9" w:rsidRDefault="00500BB9" w:rsidP="000C2C74">
      <w:pPr>
        <w:tabs>
          <w:tab w:val="center" w:pos="3521"/>
        </w:tabs>
      </w:pPr>
      <w:r w:rsidRPr="000C2C74">
        <w:br w:type="page"/>
      </w:r>
      <w:r w:rsidR="005E2F8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6FC354EF" wp14:editId="21ACCD25">
                <wp:simplePos x="0" y="0"/>
                <wp:positionH relativeFrom="column">
                  <wp:posOffset>229961</wp:posOffset>
                </wp:positionH>
                <wp:positionV relativeFrom="paragraph">
                  <wp:posOffset>231140</wp:posOffset>
                </wp:positionV>
                <wp:extent cx="5778500" cy="1142258"/>
                <wp:effectExtent l="76200" t="57150" r="69850" b="96520"/>
                <wp:wrapNone/>
                <wp:docPr id="1475709195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8500" cy="1142258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31339A" w14:textId="668EF3A8" w:rsidR="00E23A59" w:rsidRDefault="00E23A59" w:rsidP="000C6B9C">
                            <w:pPr>
                              <w:spacing w:after="0" w:line="240" w:lineRule="auto"/>
                              <w:jc w:val="center"/>
                              <w:rPr>
                                <w:rFonts w:ascii="ADLaM Display" w:hAnsi="ADLaM Display" w:cs="ADLaM Display"/>
                                <w:sz w:val="56"/>
                                <w:szCs w:val="56"/>
                              </w:rPr>
                            </w:pPr>
                            <w:r w:rsidRPr="000B01E9">
                              <w:rPr>
                                <w:rFonts w:ascii="ADLaM Display" w:hAnsi="ADLaM Display" w:cs="ADLaM Display"/>
                                <w:sz w:val="56"/>
                                <w:szCs w:val="56"/>
                              </w:rPr>
                              <w:t>33</w:t>
                            </w:r>
                            <w:r w:rsidRPr="000B01E9">
                              <w:rPr>
                                <w:rFonts w:ascii="ADLaM Display" w:hAnsi="ADLaM Display" w:cs="ADLaM Display"/>
                                <w:sz w:val="56"/>
                                <w:szCs w:val="56"/>
                                <w:vertAlign w:val="superscript"/>
                              </w:rPr>
                              <w:t>RD</w:t>
                            </w:r>
                            <w:r w:rsidRPr="000B01E9">
                              <w:rPr>
                                <w:rFonts w:ascii="ADLaM Display" w:hAnsi="ADLaM Display" w:cs="ADLaM Display"/>
                                <w:sz w:val="56"/>
                                <w:szCs w:val="56"/>
                              </w:rPr>
                              <w:t xml:space="preserve"> ANNUAL CONFERENCE</w:t>
                            </w:r>
                          </w:p>
                          <w:p w14:paraId="1CEF0336" w14:textId="4934BD24" w:rsidR="000C6B9C" w:rsidRDefault="000C6B9C" w:rsidP="000C6B9C">
                            <w:pPr>
                              <w:spacing w:after="0" w:line="240" w:lineRule="auto"/>
                              <w:jc w:val="center"/>
                              <w:rPr>
                                <w:rFonts w:ascii="ADLaM Display" w:hAnsi="ADLaM Display" w:cs="ADLaM Display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DLaM Display" w:hAnsi="ADLaM Display" w:cs="ADLaM Display"/>
                                <w:sz w:val="56"/>
                                <w:szCs w:val="56"/>
                              </w:rPr>
                              <w:t>AGENDA</w:t>
                            </w:r>
                          </w:p>
                          <w:p w14:paraId="4D2875F7" w14:textId="77777777" w:rsidR="000C6B9C" w:rsidRPr="000B01E9" w:rsidRDefault="000C6B9C" w:rsidP="00E23A59">
                            <w:pPr>
                              <w:jc w:val="center"/>
                              <w:rPr>
                                <w:rFonts w:ascii="ADLaM Display" w:hAnsi="ADLaM Display" w:cs="ADLaM Display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C354EF" id="Rectangle: Rounded Corners 18" o:spid="_x0000_s1031" style="position:absolute;margin-left:18.1pt;margin-top:18.2pt;width:455pt;height:89.95pt;z-index:251759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" fillcolor="#4bacc6 [3208]" strokecolor="white [3201]" strokeweight="3pt">
                <v:shadow on="t" color="black" opacity="24903f" origin=",.5" offset="0,.55556mm"/>
                <v:textbox>
                  <w:txbxContent>
                    <w:p w14:paraId="6E31339A" w14:textId="668EF3A8" w:rsidR="00E23A59" w:rsidRDefault="00E23A59" w:rsidP="000C6B9C">
                      <w:pPr>
                        <w:spacing w:after="0" w:line="240" w:lineRule="auto"/>
                        <w:jc w:val="center"/>
                        <w:rPr>
                          <w:rFonts w:ascii="ADLaM Display" w:hAnsi="ADLaM Display" w:cs="ADLaM Display"/>
                          <w:sz w:val="56"/>
                          <w:szCs w:val="56"/>
                        </w:rPr>
                      </w:pPr>
                      <w:r w:rsidRPr="000B01E9">
                        <w:rPr>
                          <w:rFonts w:ascii="ADLaM Display" w:hAnsi="ADLaM Display" w:cs="ADLaM Display"/>
                          <w:sz w:val="56"/>
                          <w:szCs w:val="56"/>
                        </w:rPr>
                        <w:t>33</w:t>
                      </w:r>
                      <w:r w:rsidRPr="000B01E9">
                        <w:rPr>
                          <w:rFonts w:ascii="ADLaM Display" w:hAnsi="ADLaM Display" w:cs="ADLaM Display"/>
                          <w:sz w:val="56"/>
                          <w:szCs w:val="56"/>
                          <w:vertAlign w:val="superscript"/>
                        </w:rPr>
                        <w:t>RD</w:t>
                      </w:r>
                      <w:r w:rsidRPr="000B01E9">
                        <w:rPr>
                          <w:rFonts w:ascii="ADLaM Display" w:hAnsi="ADLaM Display" w:cs="ADLaM Display"/>
                          <w:sz w:val="56"/>
                          <w:szCs w:val="56"/>
                        </w:rPr>
                        <w:t xml:space="preserve"> ANNUAL CONFERENCE</w:t>
                      </w:r>
                    </w:p>
                    <w:p w14:paraId="1CEF0336" w14:textId="4934BD24" w:rsidR="000C6B9C" w:rsidRDefault="000C6B9C" w:rsidP="000C6B9C">
                      <w:pPr>
                        <w:spacing w:after="0" w:line="240" w:lineRule="auto"/>
                        <w:jc w:val="center"/>
                        <w:rPr>
                          <w:rFonts w:ascii="ADLaM Display" w:hAnsi="ADLaM Display" w:cs="ADLaM Display"/>
                          <w:sz w:val="56"/>
                          <w:szCs w:val="56"/>
                        </w:rPr>
                      </w:pPr>
                      <w:r>
                        <w:rPr>
                          <w:rFonts w:ascii="ADLaM Display" w:hAnsi="ADLaM Display" w:cs="ADLaM Display"/>
                          <w:sz w:val="56"/>
                          <w:szCs w:val="56"/>
                        </w:rPr>
                        <w:t>AGENDA</w:t>
                      </w:r>
                    </w:p>
                    <w:p w14:paraId="4D2875F7" w14:textId="77777777" w:rsidR="000C6B9C" w:rsidRPr="000B01E9" w:rsidRDefault="000C6B9C" w:rsidP="00E23A59">
                      <w:pPr>
                        <w:jc w:val="center"/>
                        <w:rPr>
                          <w:rFonts w:ascii="ADLaM Display" w:hAnsi="ADLaM Display" w:cs="ADLaM Display"/>
                          <w:sz w:val="56"/>
                          <w:szCs w:val="5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C2C74">
        <w:tab/>
      </w:r>
    </w:p>
    <w:p w14:paraId="79EF9CBC" w14:textId="0F23617A" w:rsidR="00B33E89" w:rsidRDefault="0048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2960" behindDoc="0" locked="0" layoutInCell="1" allowOverlap="1" wp14:anchorId="1F9DAF01" wp14:editId="3D60584C">
                <wp:simplePos x="0" y="0"/>
                <wp:positionH relativeFrom="column">
                  <wp:posOffset>-125730</wp:posOffset>
                </wp:positionH>
                <wp:positionV relativeFrom="paragraph">
                  <wp:posOffset>1539240</wp:posOffset>
                </wp:positionV>
                <wp:extent cx="6872605" cy="6682105"/>
                <wp:effectExtent l="0" t="0" r="0" b="4445"/>
                <wp:wrapSquare wrapText="bothSides"/>
                <wp:docPr id="3267417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2605" cy="6682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B71F1" w14:textId="4DB7F216" w:rsidR="007E6900" w:rsidRDefault="00800771" w:rsidP="005361A1">
                            <w:pPr>
                              <w:spacing w:after="0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90F4A">
                              <w:rPr>
                                <w:sz w:val="28"/>
                                <w:szCs w:val="28"/>
                                <w:u w:val="single"/>
                              </w:rPr>
                              <w:t>TUESDAY JULY 14:</w:t>
                            </w:r>
                          </w:p>
                          <w:p w14:paraId="7364A5E4" w14:textId="77777777" w:rsidR="00F90F4A" w:rsidRPr="00F90F4A" w:rsidRDefault="00F90F4A" w:rsidP="005361A1">
                            <w:pPr>
                              <w:spacing w:after="0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3811FF5E" w14:textId="0E944ACE" w:rsidR="00800771" w:rsidRPr="00F90F4A" w:rsidRDefault="00886D37" w:rsidP="00D25FA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F90F4A"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  <w:r w:rsidR="00644B8A" w:rsidRPr="00F90F4A">
                              <w:rPr>
                                <w:sz w:val="28"/>
                                <w:szCs w:val="28"/>
                              </w:rPr>
                              <w:t>-3:</w:t>
                            </w:r>
                            <w:r w:rsidRPr="00F90F4A"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  <w:r w:rsidR="00644B8A" w:rsidRPr="00F90F4A">
                              <w:rPr>
                                <w:sz w:val="28"/>
                                <w:szCs w:val="28"/>
                              </w:rPr>
                              <w:t>0</w:t>
                            </w:r>
                            <w:r w:rsidR="00100B0A" w:rsidRPr="00F90F4A">
                              <w:rPr>
                                <w:sz w:val="28"/>
                                <w:szCs w:val="28"/>
                              </w:rPr>
                              <w:t>pm Registration</w:t>
                            </w:r>
                            <w:r w:rsidR="00644B8A" w:rsidRPr="00F90F4A">
                              <w:rPr>
                                <w:sz w:val="28"/>
                                <w:szCs w:val="28"/>
                              </w:rPr>
                              <w:t xml:space="preserve"> and SDSNA Board meeting – all </w:t>
                            </w:r>
                            <w:r w:rsidR="00100B0A" w:rsidRPr="00F90F4A">
                              <w:rPr>
                                <w:sz w:val="28"/>
                                <w:szCs w:val="28"/>
                              </w:rPr>
                              <w:t>member’s</w:t>
                            </w:r>
                            <w:r w:rsidR="00644B8A" w:rsidRPr="00F90F4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85CDD" w:rsidRPr="00F90F4A">
                              <w:rPr>
                                <w:sz w:val="28"/>
                                <w:szCs w:val="28"/>
                              </w:rPr>
                              <w:t>welcome</w:t>
                            </w:r>
                          </w:p>
                          <w:p w14:paraId="0FAE024E" w14:textId="47FECC04" w:rsidR="005361A1" w:rsidRPr="00F90F4A" w:rsidRDefault="00F853A7" w:rsidP="00D25FA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F90F4A"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  <w:r w:rsidR="00584CED" w:rsidRPr="00F90F4A">
                              <w:rPr>
                                <w:sz w:val="28"/>
                                <w:szCs w:val="28"/>
                              </w:rPr>
                              <w:t>:30</w:t>
                            </w:r>
                            <w:r w:rsidRPr="00F90F4A">
                              <w:rPr>
                                <w:sz w:val="28"/>
                                <w:szCs w:val="28"/>
                              </w:rPr>
                              <w:t>-5:00</w:t>
                            </w:r>
                            <w:r w:rsidR="00100B0A" w:rsidRPr="00F90F4A">
                              <w:rPr>
                                <w:sz w:val="28"/>
                                <w:szCs w:val="28"/>
                              </w:rPr>
                              <w:t>pm Duane</w:t>
                            </w:r>
                            <w:r w:rsidR="00344E55" w:rsidRPr="00F90F4A">
                              <w:rPr>
                                <w:sz w:val="28"/>
                                <w:szCs w:val="28"/>
                              </w:rPr>
                              <w:t xml:space="preserve"> Hollow Horn Bear: speaking about Lakota traditions and culture</w:t>
                            </w:r>
                          </w:p>
                          <w:p w14:paraId="772339E6" w14:textId="699BFE63" w:rsidR="00344E55" w:rsidRPr="00F90F4A" w:rsidRDefault="00C775F5" w:rsidP="001A793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F90F4A"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  <w:r w:rsidR="006E382F" w:rsidRPr="00F90F4A">
                              <w:rPr>
                                <w:sz w:val="28"/>
                                <w:szCs w:val="28"/>
                              </w:rPr>
                              <w:t>:00-6:00</w:t>
                            </w:r>
                            <w:r w:rsidR="00993495" w:rsidRPr="00F90F4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90F4A">
                              <w:rPr>
                                <w:sz w:val="28"/>
                                <w:szCs w:val="28"/>
                              </w:rPr>
                              <w:t xml:space="preserve">pm </w:t>
                            </w:r>
                            <w:r w:rsidR="00AF2CBE" w:rsidRPr="00F90F4A">
                              <w:rPr>
                                <w:sz w:val="28"/>
                                <w:szCs w:val="28"/>
                              </w:rPr>
                              <w:t>Sheila Freed: A</w:t>
                            </w:r>
                            <w:r w:rsidR="00FB08FF" w:rsidRPr="00F90F4A">
                              <w:rPr>
                                <w:sz w:val="28"/>
                                <w:szCs w:val="28"/>
                              </w:rPr>
                              <w:t xml:space="preserve">vel </w:t>
                            </w:r>
                            <w:proofErr w:type="spellStart"/>
                            <w:r w:rsidR="00FB08FF" w:rsidRPr="00F90F4A">
                              <w:rPr>
                                <w:sz w:val="28"/>
                                <w:szCs w:val="28"/>
                              </w:rPr>
                              <w:t>eCare</w:t>
                            </w:r>
                            <w:proofErr w:type="spellEnd"/>
                            <w:r w:rsidR="00263534" w:rsidRPr="00F90F4A">
                              <w:rPr>
                                <w:sz w:val="28"/>
                                <w:szCs w:val="28"/>
                              </w:rPr>
                              <w:t>, the strides they have made</w:t>
                            </w:r>
                            <w:r w:rsidR="008E3FA6" w:rsidRPr="00F90F4A"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263534" w:rsidRPr="00F90F4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951A9" w:rsidRPr="00F90F4A">
                              <w:rPr>
                                <w:sz w:val="28"/>
                                <w:szCs w:val="28"/>
                              </w:rPr>
                              <w:t>Type 1</w:t>
                            </w:r>
                            <w:r w:rsidR="00D25FA9" w:rsidRPr="00F90F4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951A9" w:rsidRPr="00F90F4A">
                              <w:rPr>
                                <w:sz w:val="28"/>
                                <w:szCs w:val="28"/>
                              </w:rPr>
                              <w:t>Diabet</w:t>
                            </w:r>
                            <w:r w:rsidR="00806BB6" w:rsidRPr="00F90F4A">
                              <w:rPr>
                                <w:sz w:val="28"/>
                                <w:szCs w:val="28"/>
                              </w:rPr>
                              <w:t>es and how having a school nurse affects HgbA1C</w:t>
                            </w:r>
                            <w:r w:rsidR="001A793E" w:rsidRPr="00F90F4A">
                              <w:rPr>
                                <w:sz w:val="28"/>
                                <w:szCs w:val="28"/>
                              </w:rPr>
                              <w:t xml:space="preserve"> and attendance</w:t>
                            </w:r>
                          </w:p>
                          <w:p w14:paraId="35DE3C4A" w14:textId="64D2BF77" w:rsidR="00C82270" w:rsidRPr="00F90F4A" w:rsidRDefault="00377586" w:rsidP="001A793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F90F4A">
                              <w:rPr>
                                <w:sz w:val="28"/>
                                <w:szCs w:val="28"/>
                              </w:rPr>
                              <w:t>6-6:30 Break</w:t>
                            </w:r>
                            <w:r w:rsidR="00C82270" w:rsidRPr="00F90F4A">
                              <w:rPr>
                                <w:sz w:val="28"/>
                                <w:szCs w:val="28"/>
                              </w:rPr>
                              <w:t>: Room check in, freshen up, and get ready to relax and collaborate</w:t>
                            </w:r>
                          </w:p>
                          <w:p w14:paraId="4910A0D0" w14:textId="01BDA721" w:rsidR="00DE7FC2" w:rsidRPr="00F90F4A" w:rsidRDefault="00ED0722" w:rsidP="001A793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F90F4A">
                              <w:rPr>
                                <w:sz w:val="28"/>
                                <w:szCs w:val="28"/>
                              </w:rPr>
                              <w:t xml:space="preserve">6:30 </w:t>
                            </w:r>
                            <w:r w:rsidR="00DE7FC2" w:rsidRPr="00F90F4A">
                              <w:rPr>
                                <w:sz w:val="28"/>
                                <w:szCs w:val="28"/>
                              </w:rPr>
                              <w:t xml:space="preserve">pm Dinner and Social Hour on the </w:t>
                            </w:r>
                            <w:r w:rsidR="00CA09EB" w:rsidRPr="00F90F4A">
                              <w:rPr>
                                <w:sz w:val="28"/>
                                <w:szCs w:val="28"/>
                              </w:rPr>
                              <w:t>Patio</w:t>
                            </w:r>
                          </w:p>
                          <w:p w14:paraId="71F8BFCD" w14:textId="77777777" w:rsidR="006C27F4" w:rsidRPr="00F90F4A" w:rsidRDefault="006C27F4" w:rsidP="00CA09EB">
                            <w:pPr>
                              <w:spacing w:after="0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4FCBC890" w14:textId="7A8C4324" w:rsidR="00CA09EB" w:rsidRDefault="00BA7FA3" w:rsidP="00CA09EB">
                            <w:pPr>
                              <w:spacing w:after="0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90F4A">
                              <w:rPr>
                                <w:sz w:val="28"/>
                                <w:szCs w:val="28"/>
                                <w:u w:val="single"/>
                              </w:rPr>
                              <w:t>WEDNESDAY JULY 15:</w:t>
                            </w:r>
                          </w:p>
                          <w:p w14:paraId="7DFBF590" w14:textId="77777777" w:rsidR="00F90F4A" w:rsidRPr="00F90F4A" w:rsidRDefault="00F90F4A" w:rsidP="00CA09EB">
                            <w:pPr>
                              <w:spacing w:after="0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5DB7B334" w14:textId="029EB717" w:rsidR="00BA7FA3" w:rsidRPr="00F90F4A" w:rsidRDefault="002E7B1F" w:rsidP="00BA7FA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F90F4A">
                              <w:rPr>
                                <w:sz w:val="28"/>
                                <w:szCs w:val="28"/>
                              </w:rPr>
                              <w:t>7:30-8:00</w:t>
                            </w:r>
                            <w:proofErr w:type="gramStart"/>
                            <w:r w:rsidRPr="00F90F4A">
                              <w:rPr>
                                <w:sz w:val="28"/>
                                <w:szCs w:val="28"/>
                              </w:rPr>
                              <w:t>am  Registration</w:t>
                            </w:r>
                            <w:proofErr w:type="gramEnd"/>
                            <w:r w:rsidRPr="00F90F4A">
                              <w:rPr>
                                <w:sz w:val="28"/>
                                <w:szCs w:val="28"/>
                              </w:rPr>
                              <w:t xml:space="preserve"> and Breakfast </w:t>
                            </w:r>
                          </w:p>
                          <w:p w14:paraId="199184F2" w14:textId="7576C450" w:rsidR="007A3743" w:rsidRPr="00F90F4A" w:rsidRDefault="007A3743" w:rsidP="00BA7FA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F90F4A">
                              <w:rPr>
                                <w:sz w:val="28"/>
                                <w:szCs w:val="28"/>
                              </w:rPr>
                              <w:t>8:00-9:00</w:t>
                            </w:r>
                            <w:proofErr w:type="gramStart"/>
                            <w:r w:rsidRPr="00F90F4A">
                              <w:rPr>
                                <w:sz w:val="28"/>
                                <w:szCs w:val="28"/>
                              </w:rPr>
                              <w:t>am</w:t>
                            </w:r>
                            <w:r w:rsidR="00874677" w:rsidRPr="00F90F4A">
                              <w:rPr>
                                <w:sz w:val="28"/>
                                <w:szCs w:val="28"/>
                              </w:rPr>
                              <w:t xml:space="preserve">  Rita</w:t>
                            </w:r>
                            <w:proofErr w:type="gramEnd"/>
                            <w:r w:rsidR="00874677" w:rsidRPr="00F90F4A">
                              <w:rPr>
                                <w:sz w:val="28"/>
                                <w:szCs w:val="28"/>
                              </w:rPr>
                              <w:t xml:space="preserve"> Baszler</w:t>
                            </w:r>
                            <w:r w:rsidR="00A97E7D" w:rsidRPr="00F90F4A">
                              <w:rPr>
                                <w:sz w:val="28"/>
                                <w:szCs w:val="28"/>
                              </w:rPr>
                              <w:t xml:space="preserve"> Lanners</w:t>
                            </w:r>
                            <w:r w:rsidR="00874677" w:rsidRPr="00F90F4A">
                              <w:rPr>
                                <w:sz w:val="28"/>
                                <w:szCs w:val="28"/>
                              </w:rPr>
                              <w:t>:  How AI can be used in School Nursing</w:t>
                            </w:r>
                          </w:p>
                          <w:p w14:paraId="0A48CA7A" w14:textId="0481518D" w:rsidR="005B3918" w:rsidRPr="00F90F4A" w:rsidRDefault="005B3918" w:rsidP="00BA7FA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F90F4A">
                              <w:rPr>
                                <w:sz w:val="28"/>
                                <w:szCs w:val="28"/>
                              </w:rPr>
                              <w:t>9-9:15 am:  Break</w:t>
                            </w:r>
                          </w:p>
                          <w:p w14:paraId="6FE5A32D" w14:textId="6F88E946" w:rsidR="005B3918" w:rsidRPr="00F90F4A" w:rsidRDefault="005B3918" w:rsidP="00BA7FA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F90F4A">
                              <w:rPr>
                                <w:sz w:val="28"/>
                                <w:szCs w:val="28"/>
                              </w:rPr>
                              <w:t>9:15-</w:t>
                            </w:r>
                            <w:proofErr w:type="gramStart"/>
                            <w:r w:rsidR="00E83765" w:rsidRPr="00F90F4A">
                              <w:rPr>
                                <w:sz w:val="28"/>
                                <w:szCs w:val="28"/>
                              </w:rPr>
                              <w:t>10</w:t>
                            </w:r>
                            <w:r w:rsidR="00C122AA" w:rsidRPr="00F90F4A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  <w:r w:rsidR="00151EEB" w:rsidRPr="00F90F4A">
                              <w:rPr>
                                <w:sz w:val="28"/>
                                <w:szCs w:val="28"/>
                              </w:rPr>
                              <w:t>45</w:t>
                            </w:r>
                            <w:r w:rsidR="00C122AA" w:rsidRPr="00F90F4A">
                              <w:rPr>
                                <w:sz w:val="28"/>
                                <w:szCs w:val="28"/>
                              </w:rPr>
                              <w:t xml:space="preserve">  SDSNA</w:t>
                            </w:r>
                            <w:proofErr w:type="gramEnd"/>
                            <w:r w:rsidR="00C122AA" w:rsidRPr="00F90F4A">
                              <w:rPr>
                                <w:sz w:val="28"/>
                                <w:szCs w:val="28"/>
                              </w:rPr>
                              <w:t xml:space="preserve"> Annual Meeting and </w:t>
                            </w:r>
                            <w:r w:rsidR="00F41A58" w:rsidRPr="00F90F4A">
                              <w:rPr>
                                <w:sz w:val="28"/>
                                <w:szCs w:val="28"/>
                              </w:rPr>
                              <w:t>Elections</w:t>
                            </w:r>
                            <w:r w:rsidR="00C122AA" w:rsidRPr="00F90F4A">
                              <w:rPr>
                                <w:sz w:val="28"/>
                                <w:szCs w:val="28"/>
                              </w:rPr>
                              <w:t xml:space="preserve"> with Committee Breakouts</w:t>
                            </w:r>
                          </w:p>
                          <w:p w14:paraId="692A37F0" w14:textId="0DDD52CA" w:rsidR="002A007A" w:rsidRPr="00F90F4A" w:rsidRDefault="002A007A" w:rsidP="00BA7FA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F90F4A">
                              <w:rPr>
                                <w:sz w:val="28"/>
                                <w:szCs w:val="28"/>
                              </w:rPr>
                              <w:t>10:</w:t>
                            </w:r>
                            <w:r w:rsidR="00151EEB" w:rsidRPr="00F90F4A">
                              <w:rPr>
                                <w:sz w:val="28"/>
                                <w:szCs w:val="28"/>
                              </w:rPr>
                              <w:t>45</w:t>
                            </w:r>
                            <w:r w:rsidRPr="00F90F4A">
                              <w:rPr>
                                <w:sz w:val="28"/>
                                <w:szCs w:val="28"/>
                              </w:rPr>
                              <w:t>-11am Break and Room Checkout</w:t>
                            </w:r>
                          </w:p>
                          <w:p w14:paraId="5D4B91C8" w14:textId="06B6AE94" w:rsidR="002A007A" w:rsidRPr="00F90F4A" w:rsidRDefault="00001E26" w:rsidP="00AB5A5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F90F4A">
                              <w:rPr>
                                <w:sz w:val="28"/>
                                <w:szCs w:val="28"/>
                              </w:rPr>
                              <w:t>11-12:00pm Jason Raether</w:t>
                            </w:r>
                            <w:r w:rsidR="009A70E4" w:rsidRPr="00F90F4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1446A">
                              <w:rPr>
                                <w:sz w:val="28"/>
                                <w:szCs w:val="28"/>
                              </w:rPr>
                              <w:t xml:space="preserve">and National Representative:  </w:t>
                            </w:r>
                            <w:r w:rsidR="00AB5A54" w:rsidRPr="00F90F4A">
                              <w:rPr>
                                <w:sz w:val="28"/>
                                <w:szCs w:val="28"/>
                              </w:rPr>
                              <w:t>Coordinated Support System for Students with Epilepsy (</w:t>
                            </w:r>
                            <w:r w:rsidR="007B0517">
                              <w:rPr>
                                <w:sz w:val="28"/>
                                <w:szCs w:val="28"/>
                              </w:rPr>
                              <w:t>C</w:t>
                            </w:r>
                            <w:r w:rsidR="00AB5A54" w:rsidRPr="00F90F4A">
                              <w:rPr>
                                <w:sz w:val="28"/>
                                <w:szCs w:val="28"/>
                              </w:rPr>
                              <w:t xml:space="preserve">SSSE) Project: Empowering School Nurses to Enhance Epilepsy Management and Student Care </w:t>
                            </w:r>
                          </w:p>
                          <w:p w14:paraId="723FC4AA" w14:textId="1CEC5617" w:rsidR="00BE78D5" w:rsidRPr="00F90F4A" w:rsidRDefault="001E37C8" w:rsidP="00BA7FA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F90F4A">
                              <w:rPr>
                                <w:sz w:val="28"/>
                                <w:szCs w:val="28"/>
                              </w:rPr>
                              <w:t>12:00-</w:t>
                            </w:r>
                            <w:r w:rsidR="00095DAA" w:rsidRPr="00F90F4A">
                              <w:rPr>
                                <w:sz w:val="28"/>
                                <w:szCs w:val="28"/>
                              </w:rPr>
                              <w:t>1:00</w:t>
                            </w:r>
                            <w:r w:rsidRPr="00F90F4A">
                              <w:rPr>
                                <w:sz w:val="28"/>
                                <w:szCs w:val="28"/>
                              </w:rPr>
                              <w:t xml:space="preserve"> Lunch </w:t>
                            </w:r>
                            <w:r w:rsidR="0051446A" w:rsidRPr="00F90F4A">
                              <w:rPr>
                                <w:sz w:val="28"/>
                                <w:szCs w:val="28"/>
                              </w:rPr>
                              <w:t>and</w:t>
                            </w:r>
                            <w:r w:rsidR="00282A79" w:rsidRPr="00F90F4A">
                              <w:rPr>
                                <w:sz w:val="28"/>
                                <w:szCs w:val="28"/>
                              </w:rPr>
                              <w:t xml:space="preserve"> Delta Dental Speaker.</w:t>
                            </w:r>
                          </w:p>
                          <w:p w14:paraId="47F46ABE" w14:textId="0B5ACF2A" w:rsidR="000758AC" w:rsidRPr="00F90F4A" w:rsidRDefault="00095DAA" w:rsidP="00BA7FA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F90F4A">
                              <w:rPr>
                                <w:sz w:val="28"/>
                                <w:szCs w:val="28"/>
                              </w:rPr>
                              <w:t>1:00</w:t>
                            </w:r>
                            <w:r w:rsidR="000758AC" w:rsidRPr="00F90F4A">
                              <w:rPr>
                                <w:sz w:val="28"/>
                                <w:szCs w:val="28"/>
                              </w:rPr>
                              <w:t>-</w:t>
                            </w:r>
                            <w:r w:rsidR="003251E7" w:rsidRPr="00F90F4A">
                              <w:rPr>
                                <w:sz w:val="28"/>
                                <w:szCs w:val="28"/>
                              </w:rPr>
                              <w:t>2:00</w:t>
                            </w:r>
                            <w:r w:rsidR="000758AC" w:rsidRPr="00F90F4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F1D90" w:rsidRPr="00F90F4A">
                              <w:rPr>
                                <w:sz w:val="28"/>
                                <w:szCs w:val="28"/>
                              </w:rPr>
                              <w:t>Dr. Theresa Stamato</w:t>
                            </w:r>
                            <w:r w:rsidR="00CA3B56" w:rsidRPr="00F90F4A"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  <w:r w:rsidR="000F1D90" w:rsidRPr="00F90F4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C0A4D" w:rsidRPr="00F90F4A">
                              <w:rPr>
                                <w:sz w:val="28"/>
                                <w:szCs w:val="28"/>
                              </w:rPr>
                              <w:t xml:space="preserve">Pediatric Cardiology and </w:t>
                            </w:r>
                            <w:r w:rsidR="006C3ACF">
                              <w:rPr>
                                <w:sz w:val="28"/>
                                <w:szCs w:val="28"/>
                              </w:rPr>
                              <w:t xml:space="preserve">Dysautonomia in Children and </w:t>
                            </w:r>
                            <w:r w:rsidR="00641B49">
                              <w:rPr>
                                <w:sz w:val="28"/>
                                <w:szCs w:val="28"/>
                              </w:rPr>
                              <w:t>Adolescents</w:t>
                            </w:r>
                          </w:p>
                          <w:p w14:paraId="28459C7C" w14:textId="1BFDFE6D" w:rsidR="003251E7" w:rsidRPr="00F90F4A" w:rsidRDefault="00856F4F" w:rsidP="00BA7FA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F90F4A">
                              <w:rPr>
                                <w:sz w:val="28"/>
                                <w:szCs w:val="28"/>
                              </w:rPr>
                              <w:t xml:space="preserve">2-3:00 </w:t>
                            </w:r>
                            <w:r w:rsidR="00851E73" w:rsidRPr="00F90F4A">
                              <w:rPr>
                                <w:sz w:val="28"/>
                                <w:szCs w:val="28"/>
                              </w:rPr>
                              <w:t>Chris Misselt</w:t>
                            </w:r>
                            <w:r w:rsidR="006C363E" w:rsidRPr="00F90F4A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  <w:r w:rsidR="00851E73" w:rsidRPr="00F90F4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C0A4D" w:rsidRPr="00F90F4A">
                              <w:rPr>
                                <w:sz w:val="28"/>
                                <w:szCs w:val="28"/>
                              </w:rPr>
                              <w:t>Stop the Bleed</w:t>
                            </w:r>
                          </w:p>
                          <w:p w14:paraId="54B0D454" w14:textId="0A2A7EDA" w:rsidR="000F695E" w:rsidRPr="00F90F4A" w:rsidRDefault="0083768A" w:rsidP="00BA7FA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F90F4A">
                              <w:rPr>
                                <w:sz w:val="28"/>
                                <w:szCs w:val="28"/>
                              </w:rPr>
                              <w:t>3:-</w:t>
                            </w:r>
                            <w:proofErr w:type="gramEnd"/>
                            <w:r w:rsidRPr="00F90F4A">
                              <w:rPr>
                                <w:sz w:val="28"/>
                                <w:szCs w:val="28"/>
                              </w:rPr>
                              <w:t xml:space="preserve">3:30 </w:t>
                            </w:r>
                            <w:r w:rsidR="007C3DCA">
                              <w:rPr>
                                <w:sz w:val="28"/>
                                <w:szCs w:val="28"/>
                              </w:rPr>
                              <w:t>Silent auction</w:t>
                            </w:r>
                            <w:r w:rsidR="00EA71F4" w:rsidRPr="00F90F4A">
                              <w:rPr>
                                <w:sz w:val="28"/>
                                <w:szCs w:val="28"/>
                              </w:rPr>
                              <w:t xml:space="preserve"> and </w:t>
                            </w:r>
                            <w:proofErr w:type="gramStart"/>
                            <w:r w:rsidR="00EA71F4" w:rsidRPr="00F90F4A">
                              <w:rPr>
                                <w:sz w:val="28"/>
                                <w:szCs w:val="28"/>
                              </w:rPr>
                              <w:t>Wrap</w:t>
                            </w:r>
                            <w:proofErr w:type="gramEnd"/>
                            <w:r w:rsidR="00EA71F4" w:rsidRPr="00F90F4A">
                              <w:rPr>
                                <w:sz w:val="28"/>
                                <w:szCs w:val="28"/>
                              </w:rPr>
                              <w:t xml:space="preserve"> up.</w:t>
                            </w:r>
                          </w:p>
                          <w:p w14:paraId="50D3E298" w14:textId="1627AD0F" w:rsidR="00D25FA9" w:rsidRPr="00F90F4A" w:rsidRDefault="00D25FA9" w:rsidP="001A793E">
                            <w:pPr>
                              <w:spacing w:after="0"/>
                              <w:ind w:left="72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90F4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F90F4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F90F4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F90F4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04F2E72D" w14:textId="77777777" w:rsidR="005361A1" w:rsidRPr="00F90F4A" w:rsidRDefault="005361A1" w:rsidP="005361A1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DAF01" id="_x0000_s1032" type="#_x0000_t202" style="position:absolute;margin-left:-9.9pt;margin-top:121.2pt;width:541.15pt;height:526.15pt;z-index:251752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" filled="f" stroked="f">
                <v:textbox>
                  <w:txbxContent>
                    <w:p w14:paraId="278B71F1" w14:textId="4DB7F216" w:rsidR="007E6900" w:rsidRDefault="00800771" w:rsidP="005361A1">
                      <w:pPr>
                        <w:spacing w:after="0"/>
                        <w:rPr>
                          <w:sz w:val="28"/>
                          <w:szCs w:val="28"/>
                          <w:u w:val="single"/>
                        </w:rPr>
                      </w:pPr>
                      <w:r w:rsidRPr="00F90F4A">
                        <w:rPr>
                          <w:sz w:val="28"/>
                          <w:szCs w:val="28"/>
                          <w:u w:val="single"/>
                        </w:rPr>
                        <w:t>TUESDAY JULY 14:</w:t>
                      </w:r>
                    </w:p>
                    <w:p w14:paraId="7364A5E4" w14:textId="77777777" w:rsidR="00F90F4A" w:rsidRPr="00F90F4A" w:rsidRDefault="00F90F4A" w:rsidP="005361A1">
                      <w:pPr>
                        <w:spacing w:after="0"/>
                        <w:rPr>
                          <w:sz w:val="28"/>
                          <w:szCs w:val="28"/>
                          <w:u w:val="single"/>
                        </w:rPr>
                      </w:pPr>
                    </w:p>
                    <w:p w14:paraId="3811FF5E" w14:textId="0E944ACE" w:rsidR="00800771" w:rsidRPr="00F90F4A" w:rsidRDefault="00886D37" w:rsidP="00D25FA9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F90F4A">
                        <w:rPr>
                          <w:sz w:val="28"/>
                          <w:szCs w:val="28"/>
                        </w:rPr>
                        <w:t>3</w:t>
                      </w:r>
                      <w:r w:rsidR="00644B8A" w:rsidRPr="00F90F4A">
                        <w:rPr>
                          <w:sz w:val="28"/>
                          <w:szCs w:val="28"/>
                        </w:rPr>
                        <w:t>-3:</w:t>
                      </w:r>
                      <w:r w:rsidRPr="00F90F4A">
                        <w:rPr>
                          <w:sz w:val="28"/>
                          <w:szCs w:val="28"/>
                        </w:rPr>
                        <w:t>3</w:t>
                      </w:r>
                      <w:r w:rsidR="00644B8A" w:rsidRPr="00F90F4A">
                        <w:rPr>
                          <w:sz w:val="28"/>
                          <w:szCs w:val="28"/>
                        </w:rPr>
                        <w:t>0</w:t>
                      </w:r>
                      <w:r w:rsidR="00100B0A" w:rsidRPr="00F90F4A">
                        <w:rPr>
                          <w:sz w:val="28"/>
                          <w:szCs w:val="28"/>
                        </w:rPr>
                        <w:t>pm Registration</w:t>
                      </w:r>
                      <w:r w:rsidR="00644B8A" w:rsidRPr="00F90F4A">
                        <w:rPr>
                          <w:sz w:val="28"/>
                          <w:szCs w:val="28"/>
                        </w:rPr>
                        <w:t xml:space="preserve"> and SDSNA Board meeting – all </w:t>
                      </w:r>
                      <w:r w:rsidR="00100B0A" w:rsidRPr="00F90F4A">
                        <w:rPr>
                          <w:sz w:val="28"/>
                          <w:szCs w:val="28"/>
                        </w:rPr>
                        <w:t>member’s</w:t>
                      </w:r>
                      <w:r w:rsidR="00644B8A" w:rsidRPr="00F90F4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D85CDD" w:rsidRPr="00F90F4A">
                        <w:rPr>
                          <w:sz w:val="28"/>
                          <w:szCs w:val="28"/>
                        </w:rPr>
                        <w:t>welcome</w:t>
                      </w:r>
                    </w:p>
                    <w:p w14:paraId="0FAE024E" w14:textId="47FECC04" w:rsidR="005361A1" w:rsidRPr="00F90F4A" w:rsidRDefault="00F853A7" w:rsidP="00D25FA9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F90F4A">
                        <w:rPr>
                          <w:sz w:val="28"/>
                          <w:szCs w:val="28"/>
                        </w:rPr>
                        <w:t>3</w:t>
                      </w:r>
                      <w:r w:rsidR="00584CED" w:rsidRPr="00F90F4A">
                        <w:rPr>
                          <w:sz w:val="28"/>
                          <w:szCs w:val="28"/>
                        </w:rPr>
                        <w:t>:30</w:t>
                      </w:r>
                      <w:r w:rsidRPr="00F90F4A">
                        <w:rPr>
                          <w:sz w:val="28"/>
                          <w:szCs w:val="28"/>
                        </w:rPr>
                        <w:t>-5:00</w:t>
                      </w:r>
                      <w:r w:rsidR="00100B0A" w:rsidRPr="00F90F4A">
                        <w:rPr>
                          <w:sz w:val="28"/>
                          <w:szCs w:val="28"/>
                        </w:rPr>
                        <w:t>pm Duane</w:t>
                      </w:r>
                      <w:r w:rsidR="00344E55" w:rsidRPr="00F90F4A">
                        <w:rPr>
                          <w:sz w:val="28"/>
                          <w:szCs w:val="28"/>
                        </w:rPr>
                        <w:t xml:space="preserve"> Hollow Horn Bear: speaking about Lakota traditions and culture</w:t>
                      </w:r>
                    </w:p>
                    <w:p w14:paraId="772339E6" w14:textId="699BFE63" w:rsidR="00344E55" w:rsidRPr="00F90F4A" w:rsidRDefault="00C775F5" w:rsidP="001A793E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F90F4A">
                        <w:rPr>
                          <w:sz w:val="28"/>
                          <w:szCs w:val="28"/>
                        </w:rPr>
                        <w:t>5</w:t>
                      </w:r>
                      <w:r w:rsidR="006E382F" w:rsidRPr="00F90F4A">
                        <w:rPr>
                          <w:sz w:val="28"/>
                          <w:szCs w:val="28"/>
                        </w:rPr>
                        <w:t>:00-6:00</w:t>
                      </w:r>
                      <w:r w:rsidR="00993495" w:rsidRPr="00F90F4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F90F4A">
                        <w:rPr>
                          <w:sz w:val="28"/>
                          <w:szCs w:val="28"/>
                        </w:rPr>
                        <w:t xml:space="preserve">pm </w:t>
                      </w:r>
                      <w:r w:rsidR="00AF2CBE" w:rsidRPr="00F90F4A">
                        <w:rPr>
                          <w:sz w:val="28"/>
                          <w:szCs w:val="28"/>
                        </w:rPr>
                        <w:t>Sheila Freed: A</w:t>
                      </w:r>
                      <w:r w:rsidR="00FB08FF" w:rsidRPr="00F90F4A">
                        <w:rPr>
                          <w:sz w:val="28"/>
                          <w:szCs w:val="28"/>
                        </w:rPr>
                        <w:t xml:space="preserve">vel </w:t>
                      </w:r>
                      <w:proofErr w:type="spellStart"/>
                      <w:r w:rsidR="00FB08FF" w:rsidRPr="00F90F4A">
                        <w:rPr>
                          <w:sz w:val="28"/>
                          <w:szCs w:val="28"/>
                        </w:rPr>
                        <w:t>eCare</w:t>
                      </w:r>
                      <w:proofErr w:type="spellEnd"/>
                      <w:r w:rsidR="00263534" w:rsidRPr="00F90F4A">
                        <w:rPr>
                          <w:sz w:val="28"/>
                          <w:szCs w:val="28"/>
                        </w:rPr>
                        <w:t>, the strides they have made</w:t>
                      </w:r>
                      <w:r w:rsidR="008E3FA6" w:rsidRPr="00F90F4A">
                        <w:rPr>
                          <w:sz w:val="28"/>
                          <w:szCs w:val="28"/>
                        </w:rPr>
                        <w:t xml:space="preserve">. </w:t>
                      </w:r>
                      <w:r w:rsidR="00263534" w:rsidRPr="00F90F4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A951A9" w:rsidRPr="00F90F4A">
                        <w:rPr>
                          <w:sz w:val="28"/>
                          <w:szCs w:val="28"/>
                        </w:rPr>
                        <w:t>Type 1</w:t>
                      </w:r>
                      <w:r w:rsidR="00D25FA9" w:rsidRPr="00F90F4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A951A9" w:rsidRPr="00F90F4A">
                        <w:rPr>
                          <w:sz w:val="28"/>
                          <w:szCs w:val="28"/>
                        </w:rPr>
                        <w:t>Diabet</w:t>
                      </w:r>
                      <w:r w:rsidR="00806BB6" w:rsidRPr="00F90F4A">
                        <w:rPr>
                          <w:sz w:val="28"/>
                          <w:szCs w:val="28"/>
                        </w:rPr>
                        <w:t>es and how having a school nurse affects HgbA1C</w:t>
                      </w:r>
                      <w:r w:rsidR="001A793E" w:rsidRPr="00F90F4A">
                        <w:rPr>
                          <w:sz w:val="28"/>
                          <w:szCs w:val="28"/>
                        </w:rPr>
                        <w:t xml:space="preserve"> and attendance</w:t>
                      </w:r>
                    </w:p>
                    <w:p w14:paraId="35DE3C4A" w14:textId="64D2BF77" w:rsidR="00C82270" w:rsidRPr="00F90F4A" w:rsidRDefault="00377586" w:rsidP="001A793E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F90F4A">
                        <w:rPr>
                          <w:sz w:val="28"/>
                          <w:szCs w:val="28"/>
                        </w:rPr>
                        <w:t>6-6:30 Break</w:t>
                      </w:r>
                      <w:r w:rsidR="00C82270" w:rsidRPr="00F90F4A">
                        <w:rPr>
                          <w:sz w:val="28"/>
                          <w:szCs w:val="28"/>
                        </w:rPr>
                        <w:t>: Room check in, freshen up, and get ready to relax and collaborate</w:t>
                      </w:r>
                    </w:p>
                    <w:p w14:paraId="4910A0D0" w14:textId="01BDA721" w:rsidR="00DE7FC2" w:rsidRPr="00F90F4A" w:rsidRDefault="00ED0722" w:rsidP="001A793E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F90F4A">
                        <w:rPr>
                          <w:sz w:val="28"/>
                          <w:szCs w:val="28"/>
                        </w:rPr>
                        <w:t xml:space="preserve">6:30 </w:t>
                      </w:r>
                      <w:r w:rsidR="00DE7FC2" w:rsidRPr="00F90F4A">
                        <w:rPr>
                          <w:sz w:val="28"/>
                          <w:szCs w:val="28"/>
                        </w:rPr>
                        <w:t xml:space="preserve">pm Dinner and Social Hour on the </w:t>
                      </w:r>
                      <w:r w:rsidR="00CA09EB" w:rsidRPr="00F90F4A">
                        <w:rPr>
                          <w:sz w:val="28"/>
                          <w:szCs w:val="28"/>
                        </w:rPr>
                        <w:t>Patio</w:t>
                      </w:r>
                    </w:p>
                    <w:p w14:paraId="71F8BFCD" w14:textId="77777777" w:rsidR="006C27F4" w:rsidRPr="00F90F4A" w:rsidRDefault="006C27F4" w:rsidP="00CA09EB">
                      <w:pPr>
                        <w:spacing w:after="0"/>
                        <w:rPr>
                          <w:sz w:val="28"/>
                          <w:szCs w:val="28"/>
                          <w:u w:val="single"/>
                        </w:rPr>
                      </w:pPr>
                    </w:p>
                    <w:p w14:paraId="4FCBC890" w14:textId="7A8C4324" w:rsidR="00CA09EB" w:rsidRDefault="00BA7FA3" w:rsidP="00CA09EB">
                      <w:pPr>
                        <w:spacing w:after="0"/>
                        <w:rPr>
                          <w:sz w:val="28"/>
                          <w:szCs w:val="28"/>
                          <w:u w:val="single"/>
                        </w:rPr>
                      </w:pPr>
                      <w:r w:rsidRPr="00F90F4A">
                        <w:rPr>
                          <w:sz w:val="28"/>
                          <w:szCs w:val="28"/>
                          <w:u w:val="single"/>
                        </w:rPr>
                        <w:t>WEDNESDAY JULY 15:</w:t>
                      </w:r>
                    </w:p>
                    <w:p w14:paraId="7DFBF590" w14:textId="77777777" w:rsidR="00F90F4A" w:rsidRPr="00F90F4A" w:rsidRDefault="00F90F4A" w:rsidP="00CA09EB">
                      <w:pPr>
                        <w:spacing w:after="0"/>
                        <w:rPr>
                          <w:sz w:val="28"/>
                          <w:szCs w:val="28"/>
                          <w:u w:val="single"/>
                        </w:rPr>
                      </w:pPr>
                    </w:p>
                    <w:p w14:paraId="5DB7B334" w14:textId="029EB717" w:rsidR="00BA7FA3" w:rsidRPr="00F90F4A" w:rsidRDefault="002E7B1F" w:rsidP="00BA7FA3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F90F4A">
                        <w:rPr>
                          <w:sz w:val="28"/>
                          <w:szCs w:val="28"/>
                        </w:rPr>
                        <w:t>7:30-8:00</w:t>
                      </w:r>
                      <w:proofErr w:type="gramStart"/>
                      <w:r w:rsidRPr="00F90F4A">
                        <w:rPr>
                          <w:sz w:val="28"/>
                          <w:szCs w:val="28"/>
                        </w:rPr>
                        <w:t>am  Registration</w:t>
                      </w:r>
                      <w:proofErr w:type="gramEnd"/>
                      <w:r w:rsidRPr="00F90F4A">
                        <w:rPr>
                          <w:sz w:val="28"/>
                          <w:szCs w:val="28"/>
                        </w:rPr>
                        <w:t xml:space="preserve"> and Breakfast </w:t>
                      </w:r>
                    </w:p>
                    <w:p w14:paraId="199184F2" w14:textId="7576C450" w:rsidR="007A3743" w:rsidRPr="00F90F4A" w:rsidRDefault="007A3743" w:rsidP="00BA7FA3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F90F4A">
                        <w:rPr>
                          <w:sz w:val="28"/>
                          <w:szCs w:val="28"/>
                        </w:rPr>
                        <w:t>8:00-9:00</w:t>
                      </w:r>
                      <w:proofErr w:type="gramStart"/>
                      <w:r w:rsidRPr="00F90F4A">
                        <w:rPr>
                          <w:sz w:val="28"/>
                          <w:szCs w:val="28"/>
                        </w:rPr>
                        <w:t>am</w:t>
                      </w:r>
                      <w:r w:rsidR="00874677" w:rsidRPr="00F90F4A">
                        <w:rPr>
                          <w:sz w:val="28"/>
                          <w:szCs w:val="28"/>
                        </w:rPr>
                        <w:t xml:space="preserve">  Rita</w:t>
                      </w:r>
                      <w:proofErr w:type="gramEnd"/>
                      <w:r w:rsidR="00874677" w:rsidRPr="00F90F4A">
                        <w:rPr>
                          <w:sz w:val="28"/>
                          <w:szCs w:val="28"/>
                        </w:rPr>
                        <w:t xml:space="preserve"> Baszler</w:t>
                      </w:r>
                      <w:r w:rsidR="00A97E7D" w:rsidRPr="00F90F4A">
                        <w:rPr>
                          <w:sz w:val="28"/>
                          <w:szCs w:val="28"/>
                        </w:rPr>
                        <w:t xml:space="preserve"> Lanners</w:t>
                      </w:r>
                      <w:r w:rsidR="00874677" w:rsidRPr="00F90F4A">
                        <w:rPr>
                          <w:sz w:val="28"/>
                          <w:szCs w:val="28"/>
                        </w:rPr>
                        <w:t>:  How AI can be used in School Nursing</w:t>
                      </w:r>
                    </w:p>
                    <w:p w14:paraId="0A48CA7A" w14:textId="0481518D" w:rsidR="005B3918" w:rsidRPr="00F90F4A" w:rsidRDefault="005B3918" w:rsidP="00BA7FA3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F90F4A">
                        <w:rPr>
                          <w:sz w:val="28"/>
                          <w:szCs w:val="28"/>
                        </w:rPr>
                        <w:t>9-9:15 am:  Break</w:t>
                      </w:r>
                    </w:p>
                    <w:p w14:paraId="6FE5A32D" w14:textId="6F88E946" w:rsidR="005B3918" w:rsidRPr="00F90F4A" w:rsidRDefault="005B3918" w:rsidP="00BA7FA3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F90F4A">
                        <w:rPr>
                          <w:sz w:val="28"/>
                          <w:szCs w:val="28"/>
                        </w:rPr>
                        <w:t>9:15-</w:t>
                      </w:r>
                      <w:proofErr w:type="gramStart"/>
                      <w:r w:rsidR="00E83765" w:rsidRPr="00F90F4A">
                        <w:rPr>
                          <w:sz w:val="28"/>
                          <w:szCs w:val="28"/>
                        </w:rPr>
                        <w:t>10</w:t>
                      </w:r>
                      <w:r w:rsidR="00C122AA" w:rsidRPr="00F90F4A">
                        <w:rPr>
                          <w:sz w:val="28"/>
                          <w:szCs w:val="28"/>
                        </w:rPr>
                        <w:t>:</w:t>
                      </w:r>
                      <w:r w:rsidR="00151EEB" w:rsidRPr="00F90F4A">
                        <w:rPr>
                          <w:sz w:val="28"/>
                          <w:szCs w:val="28"/>
                        </w:rPr>
                        <w:t>45</w:t>
                      </w:r>
                      <w:r w:rsidR="00C122AA" w:rsidRPr="00F90F4A">
                        <w:rPr>
                          <w:sz w:val="28"/>
                          <w:szCs w:val="28"/>
                        </w:rPr>
                        <w:t xml:space="preserve">  SDSNA</w:t>
                      </w:r>
                      <w:proofErr w:type="gramEnd"/>
                      <w:r w:rsidR="00C122AA" w:rsidRPr="00F90F4A">
                        <w:rPr>
                          <w:sz w:val="28"/>
                          <w:szCs w:val="28"/>
                        </w:rPr>
                        <w:t xml:space="preserve"> Annual Meeting and </w:t>
                      </w:r>
                      <w:r w:rsidR="00F41A58" w:rsidRPr="00F90F4A">
                        <w:rPr>
                          <w:sz w:val="28"/>
                          <w:szCs w:val="28"/>
                        </w:rPr>
                        <w:t>Elections</w:t>
                      </w:r>
                      <w:r w:rsidR="00C122AA" w:rsidRPr="00F90F4A">
                        <w:rPr>
                          <w:sz w:val="28"/>
                          <w:szCs w:val="28"/>
                        </w:rPr>
                        <w:t xml:space="preserve"> with Committee Breakouts</w:t>
                      </w:r>
                    </w:p>
                    <w:p w14:paraId="692A37F0" w14:textId="0DDD52CA" w:rsidR="002A007A" w:rsidRPr="00F90F4A" w:rsidRDefault="002A007A" w:rsidP="00BA7FA3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F90F4A">
                        <w:rPr>
                          <w:sz w:val="28"/>
                          <w:szCs w:val="28"/>
                        </w:rPr>
                        <w:t>10:</w:t>
                      </w:r>
                      <w:r w:rsidR="00151EEB" w:rsidRPr="00F90F4A">
                        <w:rPr>
                          <w:sz w:val="28"/>
                          <w:szCs w:val="28"/>
                        </w:rPr>
                        <w:t>45</w:t>
                      </w:r>
                      <w:r w:rsidRPr="00F90F4A">
                        <w:rPr>
                          <w:sz w:val="28"/>
                          <w:szCs w:val="28"/>
                        </w:rPr>
                        <w:t>-11am Break and Room Checkout</w:t>
                      </w:r>
                    </w:p>
                    <w:p w14:paraId="5D4B91C8" w14:textId="06B6AE94" w:rsidR="002A007A" w:rsidRPr="00F90F4A" w:rsidRDefault="00001E26" w:rsidP="00AB5A5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sz w:val="28"/>
                          <w:szCs w:val="28"/>
                        </w:rPr>
                      </w:pPr>
                      <w:r w:rsidRPr="00F90F4A">
                        <w:rPr>
                          <w:sz w:val="28"/>
                          <w:szCs w:val="28"/>
                        </w:rPr>
                        <w:t>11-12:00pm Jason Raether</w:t>
                      </w:r>
                      <w:r w:rsidR="009A70E4" w:rsidRPr="00F90F4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51446A">
                        <w:rPr>
                          <w:sz w:val="28"/>
                          <w:szCs w:val="28"/>
                        </w:rPr>
                        <w:t xml:space="preserve">and National Representative:  </w:t>
                      </w:r>
                      <w:r w:rsidR="00AB5A54" w:rsidRPr="00F90F4A">
                        <w:rPr>
                          <w:sz w:val="28"/>
                          <w:szCs w:val="28"/>
                        </w:rPr>
                        <w:t>Coordinated Support System for Students with Epilepsy (</w:t>
                      </w:r>
                      <w:r w:rsidR="007B0517">
                        <w:rPr>
                          <w:sz w:val="28"/>
                          <w:szCs w:val="28"/>
                        </w:rPr>
                        <w:t>C</w:t>
                      </w:r>
                      <w:r w:rsidR="00AB5A54" w:rsidRPr="00F90F4A">
                        <w:rPr>
                          <w:sz w:val="28"/>
                          <w:szCs w:val="28"/>
                        </w:rPr>
                        <w:t xml:space="preserve">SSSE) Project: Empowering School Nurses to Enhance Epilepsy Management and Student Care </w:t>
                      </w:r>
                    </w:p>
                    <w:p w14:paraId="723FC4AA" w14:textId="1CEC5617" w:rsidR="00BE78D5" w:rsidRPr="00F90F4A" w:rsidRDefault="001E37C8" w:rsidP="00BA7FA3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F90F4A">
                        <w:rPr>
                          <w:sz w:val="28"/>
                          <w:szCs w:val="28"/>
                        </w:rPr>
                        <w:t>12:00-</w:t>
                      </w:r>
                      <w:r w:rsidR="00095DAA" w:rsidRPr="00F90F4A">
                        <w:rPr>
                          <w:sz w:val="28"/>
                          <w:szCs w:val="28"/>
                        </w:rPr>
                        <w:t>1:00</w:t>
                      </w:r>
                      <w:r w:rsidRPr="00F90F4A">
                        <w:rPr>
                          <w:sz w:val="28"/>
                          <w:szCs w:val="28"/>
                        </w:rPr>
                        <w:t xml:space="preserve"> Lunch </w:t>
                      </w:r>
                      <w:r w:rsidR="0051446A" w:rsidRPr="00F90F4A">
                        <w:rPr>
                          <w:sz w:val="28"/>
                          <w:szCs w:val="28"/>
                        </w:rPr>
                        <w:t>and</w:t>
                      </w:r>
                      <w:r w:rsidR="00282A79" w:rsidRPr="00F90F4A">
                        <w:rPr>
                          <w:sz w:val="28"/>
                          <w:szCs w:val="28"/>
                        </w:rPr>
                        <w:t xml:space="preserve"> Delta Dental Speaker.</w:t>
                      </w:r>
                    </w:p>
                    <w:p w14:paraId="47F46ABE" w14:textId="0B5ACF2A" w:rsidR="000758AC" w:rsidRPr="00F90F4A" w:rsidRDefault="00095DAA" w:rsidP="00BA7FA3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F90F4A">
                        <w:rPr>
                          <w:sz w:val="28"/>
                          <w:szCs w:val="28"/>
                        </w:rPr>
                        <w:t>1:00</w:t>
                      </w:r>
                      <w:r w:rsidR="000758AC" w:rsidRPr="00F90F4A">
                        <w:rPr>
                          <w:sz w:val="28"/>
                          <w:szCs w:val="28"/>
                        </w:rPr>
                        <w:t>-</w:t>
                      </w:r>
                      <w:r w:rsidR="003251E7" w:rsidRPr="00F90F4A">
                        <w:rPr>
                          <w:sz w:val="28"/>
                          <w:szCs w:val="28"/>
                        </w:rPr>
                        <w:t>2:00</w:t>
                      </w:r>
                      <w:r w:rsidR="000758AC" w:rsidRPr="00F90F4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0F1D90" w:rsidRPr="00F90F4A">
                        <w:rPr>
                          <w:sz w:val="28"/>
                          <w:szCs w:val="28"/>
                        </w:rPr>
                        <w:t>Dr. Theresa Stamato</w:t>
                      </w:r>
                      <w:r w:rsidR="00CA3B56" w:rsidRPr="00F90F4A">
                        <w:rPr>
                          <w:sz w:val="28"/>
                          <w:szCs w:val="28"/>
                        </w:rPr>
                        <w:t>,</w:t>
                      </w:r>
                      <w:r w:rsidR="000F1D90" w:rsidRPr="00F90F4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2C0A4D" w:rsidRPr="00F90F4A">
                        <w:rPr>
                          <w:sz w:val="28"/>
                          <w:szCs w:val="28"/>
                        </w:rPr>
                        <w:t xml:space="preserve">Pediatric Cardiology and </w:t>
                      </w:r>
                      <w:r w:rsidR="006C3ACF">
                        <w:rPr>
                          <w:sz w:val="28"/>
                          <w:szCs w:val="28"/>
                        </w:rPr>
                        <w:t xml:space="preserve">Dysautonomia in Children and </w:t>
                      </w:r>
                      <w:r w:rsidR="00641B49">
                        <w:rPr>
                          <w:sz w:val="28"/>
                          <w:szCs w:val="28"/>
                        </w:rPr>
                        <w:t>Adolescents</w:t>
                      </w:r>
                    </w:p>
                    <w:p w14:paraId="28459C7C" w14:textId="1BFDFE6D" w:rsidR="003251E7" w:rsidRPr="00F90F4A" w:rsidRDefault="00856F4F" w:rsidP="00BA7FA3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F90F4A">
                        <w:rPr>
                          <w:sz w:val="28"/>
                          <w:szCs w:val="28"/>
                        </w:rPr>
                        <w:t xml:space="preserve">2-3:00 </w:t>
                      </w:r>
                      <w:r w:rsidR="00851E73" w:rsidRPr="00F90F4A">
                        <w:rPr>
                          <w:sz w:val="28"/>
                          <w:szCs w:val="28"/>
                        </w:rPr>
                        <w:t>Chris Misselt</w:t>
                      </w:r>
                      <w:r w:rsidR="006C363E" w:rsidRPr="00F90F4A">
                        <w:rPr>
                          <w:sz w:val="28"/>
                          <w:szCs w:val="28"/>
                        </w:rPr>
                        <w:t>:</w:t>
                      </w:r>
                      <w:r w:rsidR="00851E73" w:rsidRPr="00F90F4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2C0A4D" w:rsidRPr="00F90F4A">
                        <w:rPr>
                          <w:sz w:val="28"/>
                          <w:szCs w:val="28"/>
                        </w:rPr>
                        <w:t>Stop the Bleed</w:t>
                      </w:r>
                    </w:p>
                    <w:p w14:paraId="54B0D454" w14:textId="0A2A7EDA" w:rsidR="000F695E" w:rsidRPr="00F90F4A" w:rsidRDefault="0083768A" w:rsidP="00BA7FA3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/>
                        <w:rPr>
                          <w:sz w:val="28"/>
                          <w:szCs w:val="28"/>
                        </w:rPr>
                      </w:pPr>
                      <w:proofErr w:type="gramStart"/>
                      <w:r w:rsidRPr="00F90F4A">
                        <w:rPr>
                          <w:sz w:val="28"/>
                          <w:szCs w:val="28"/>
                        </w:rPr>
                        <w:t>3:-</w:t>
                      </w:r>
                      <w:proofErr w:type="gramEnd"/>
                      <w:r w:rsidRPr="00F90F4A">
                        <w:rPr>
                          <w:sz w:val="28"/>
                          <w:szCs w:val="28"/>
                        </w:rPr>
                        <w:t xml:space="preserve">3:30 </w:t>
                      </w:r>
                      <w:r w:rsidR="007C3DCA">
                        <w:rPr>
                          <w:sz w:val="28"/>
                          <w:szCs w:val="28"/>
                        </w:rPr>
                        <w:t>Silent auction</w:t>
                      </w:r>
                      <w:r w:rsidR="00EA71F4" w:rsidRPr="00F90F4A">
                        <w:rPr>
                          <w:sz w:val="28"/>
                          <w:szCs w:val="28"/>
                        </w:rPr>
                        <w:t xml:space="preserve"> and </w:t>
                      </w:r>
                      <w:proofErr w:type="gramStart"/>
                      <w:r w:rsidR="00EA71F4" w:rsidRPr="00F90F4A">
                        <w:rPr>
                          <w:sz w:val="28"/>
                          <w:szCs w:val="28"/>
                        </w:rPr>
                        <w:t>Wrap</w:t>
                      </w:r>
                      <w:proofErr w:type="gramEnd"/>
                      <w:r w:rsidR="00EA71F4" w:rsidRPr="00F90F4A">
                        <w:rPr>
                          <w:sz w:val="28"/>
                          <w:szCs w:val="28"/>
                        </w:rPr>
                        <w:t xml:space="preserve"> up.</w:t>
                      </w:r>
                    </w:p>
                    <w:p w14:paraId="50D3E298" w14:textId="1627AD0F" w:rsidR="00D25FA9" w:rsidRPr="00F90F4A" w:rsidRDefault="00D25FA9" w:rsidP="001A793E">
                      <w:pPr>
                        <w:spacing w:after="0"/>
                        <w:ind w:left="72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F90F4A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Pr="00F90F4A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Pr="00F90F4A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Pr="00F90F4A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</w:p>
                    <w:p w14:paraId="04F2E72D" w14:textId="77777777" w:rsidR="005361A1" w:rsidRPr="00F90F4A" w:rsidRDefault="005361A1" w:rsidP="005361A1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33E89">
        <w:rPr>
          <w:noProof/>
        </w:rPr>
        <w:drawing>
          <wp:anchor distT="0" distB="0" distL="114300" distR="114300" simplePos="0" relativeHeight="251690496" behindDoc="1" locked="0" layoutInCell="1" allowOverlap="1" wp14:anchorId="7986E272" wp14:editId="51429B7A">
            <wp:simplePos x="0" y="0"/>
            <wp:positionH relativeFrom="column">
              <wp:posOffset>-685800</wp:posOffset>
            </wp:positionH>
            <wp:positionV relativeFrom="paragraph">
              <wp:posOffset>3375025</wp:posOffset>
            </wp:positionV>
            <wp:extent cx="7817485" cy="3708400"/>
            <wp:effectExtent l="0" t="0" r="0" b="6350"/>
            <wp:wrapTight wrapText="bothSides">
              <wp:wrapPolygon edited="0">
                <wp:start x="0" y="0"/>
                <wp:lineTo x="0" y="21526"/>
                <wp:lineTo x="21528" y="21526"/>
                <wp:lineTo x="21528" y="0"/>
                <wp:lineTo x="0" y="0"/>
              </wp:wrapPolygon>
            </wp:wrapTight>
            <wp:docPr id="112854720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817485" cy="370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3E89">
        <w:br w:type="page"/>
      </w:r>
    </w:p>
    <w:p w14:paraId="5D78B23C" w14:textId="4F4457A0" w:rsidR="00E77541" w:rsidRPr="00E77541" w:rsidRDefault="00D70D80" w:rsidP="00E77541">
      <w:r w:rsidRPr="009B249A">
        <w:rPr>
          <w:rFonts w:ascii="ADLaM Display" w:hAnsi="ADLaM Display" w:cs="ADLaM Display"/>
          <w:noProof/>
        </w:rPr>
        <w:lastRenderedPageBreak/>
        <mc:AlternateContent>
          <mc:Choice Requires="wps">
            <w:drawing>
              <wp:anchor distT="0" distB="0" distL="114300" distR="114300" simplePos="0" relativeHeight="251620864" behindDoc="1" locked="0" layoutInCell="1" allowOverlap="1" wp14:anchorId="3F65A74A" wp14:editId="5AAB3CDC">
                <wp:simplePos x="0" y="0"/>
                <wp:positionH relativeFrom="margin">
                  <wp:align>center</wp:align>
                </wp:positionH>
                <wp:positionV relativeFrom="paragraph">
                  <wp:posOffset>199506</wp:posOffset>
                </wp:positionV>
                <wp:extent cx="5727700" cy="1028700"/>
                <wp:effectExtent l="0" t="0" r="25400" b="19050"/>
                <wp:wrapTight wrapText="bothSides">
                  <wp:wrapPolygon edited="0">
                    <wp:start x="287" y="0"/>
                    <wp:lineTo x="0" y="1600"/>
                    <wp:lineTo x="0" y="20000"/>
                    <wp:lineTo x="216" y="21600"/>
                    <wp:lineTo x="21408" y="21600"/>
                    <wp:lineTo x="21624" y="20000"/>
                    <wp:lineTo x="21624" y="1600"/>
                    <wp:lineTo x="21408" y="0"/>
                    <wp:lineTo x="287" y="0"/>
                  </wp:wrapPolygon>
                </wp:wrapTight>
                <wp:docPr id="451498268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7700" cy="10287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15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7925D4" w14:textId="05B6A5AA" w:rsidR="00B74E05" w:rsidRPr="00D311CF" w:rsidRDefault="00B74E05" w:rsidP="00D311CF">
                            <w:pPr>
                              <w:spacing w:after="0" w:line="240" w:lineRule="auto"/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D311CF">
                              <w:rPr>
                                <w:sz w:val="52"/>
                                <w:szCs w:val="52"/>
                              </w:rPr>
                              <w:t>SDSNA</w:t>
                            </w:r>
                            <w:r w:rsidR="00D311CF" w:rsidRPr="00D311CF">
                              <w:rPr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D311CF">
                              <w:rPr>
                                <w:sz w:val="52"/>
                                <w:szCs w:val="52"/>
                              </w:rPr>
                              <w:t>33</w:t>
                            </w:r>
                            <w:r w:rsidRPr="00D311CF">
                              <w:rPr>
                                <w:sz w:val="52"/>
                                <w:szCs w:val="52"/>
                                <w:vertAlign w:val="superscript"/>
                              </w:rPr>
                              <w:t>rd</w:t>
                            </w:r>
                            <w:r w:rsidRPr="00D311CF">
                              <w:rPr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BF0B9D">
                              <w:rPr>
                                <w:sz w:val="52"/>
                                <w:szCs w:val="52"/>
                              </w:rPr>
                              <w:t>A</w:t>
                            </w:r>
                            <w:r w:rsidRPr="00D311CF">
                              <w:rPr>
                                <w:sz w:val="52"/>
                                <w:szCs w:val="52"/>
                              </w:rPr>
                              <w:t xml:space="preserve">nnual </w:t>
                            </w:r>
                            <w:r w:rsidR="00BF0B9D">
                              <w:rPr>
                                <w:sz w:val="52"/>
                                <w:szCs w:val="52"/>
                              </w:rPr>
                              <w:t>C</w:t>
                            </w:r>
                            <w:r w:rsidRPr="00D311CF">
                              <w:rPr>
                                <w:sz w:val="52"/>
                                <w:szCs w:val="52"/>
                              </w:rPr>
                              <w:t>onference</w:t>
                            </w:r>
                          </w:p>
                          <w:p w14:paraId="6F05A976" w14:textId="3FC4213C" w:rsidR="00B74E05" w:rsidRPr="00D311CF" w:rsidRDefault="00B74E05" w:rsidP="00D311CF">
                            <w:pPr>
                              <w:spacing w:after="0" w:line="240" w:lineRule="auto"/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D311CF">
                              <w:rPr>
                                <w:sz w:val="52"/>
                                <w:szCs w:val="52"/>
                              </w:rPr>
                              <w:t xml:space="preserve">Registration </w:t>
                            </w:r>
                            <w:r w:rsidR="00BF0B9D">
                              <w:rPr>
                                <w:sz w:val="52"/>
                                <w:szCs w:val="52"/>
                              </w:rPr>
                              <w:t>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65A74A" id="_x0000_s1033" style="position:absolute;margin-left:0;margin-top:15.7pt;width:451pt;height:81pt;z-index:-2516956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" fillcolor="#4bacc6 [3208]" strokecolor="#091a1e [488]" strokeweight="2pt">
                <v:textbox>
                  <w:txbxContent>
                    <w:p w14:paraId="567925D4" w14:textId="05B6A5AA" w:rsidR="00B74E05" w:rsidRPr="00D311CF" w:rsidRDefault="00B74E05" w:rsidP="00D311CF">
                      <w:pPr>
                        <w:spacing w:after="0" w:line="240" w:lineRule="auto"/>
                        <w:jc w:val="center"/>
                        <w:rPr>
                          <w:sz w:val="52"/>
                          <w:szCs w:val="52"/>
                        </w:rPr>
                      </w:pPr>
                      <w:r w:rsidRPr="00D311CF">
                        <w:rPr>
                          <w:sz w:val="52"/>
                          <w:szCs w:val="52"/>
                        </w:rPr>
                        <w:t>SDSNA</w:t>
                      </w:r>
                      <w:r w:rsidR="00D311CF" w:rsidRPr="00D311CF">
                        <w:rPr>
                          <w:sz w:val="52"/>
                          <w:szCs w:val="52"/>
                        </w:rPr>
                        <w:t xml:space="preserve"> </w:t>
                      </w:r>
                      <w:r w:rsidRPr="00D311CF">
                        <w:rPr>
                          <w:sz w:val="52"/>
                          <w:szCs w:val="52"/>
                        </w:rPr>
                        <w:t>33</w:t>
                      </w:r>
                      <w:r w:rsidRPr="00D311CF">
                        <w:rPr>
                          <w:sz w:val="52"/>
                          <w:szCs w:val="52"/>
                          <w:vertAlign w:val="superscript"/>
                        </w:rPr>
                        <w:t>rd</w:t>
                      </w:r>
                      <w:r w:rsidRPr="00D311CF">
                        <w:rPr>
                          <w:sz w:val="52"/>
                          <w:szCs w:val="52"/>
                        </w:rPr>
                        <w:t xml:space="preserve"> </w:t>
                      </w:r>
                      <w:r w:rsidR="00BF0B9D">
                        <w:rPr>
                          <w:sz w:val="52"/>
                          <w:szCs w:val="52"/>
                        </w:rPr>
                        <w:t>A</w:t>
                      </w:r>
                      <w:r w:rsidRPr="00D311CF">
                        <w:rPr>
                          <w:sz w:val="52"/>
                          <w:szCs w:val="52"/>
                        </w:rPr>
                        <w:t xml:space="preserve">nnual </w:t>
                      </w:r>
                      <w:r w:rsidR="00BF0B9D">
                        <w:rPr>
                          <w:sz w:val="52"/>
                          <w:szCs w:val="52"/>
                        </w:rPr>
                        <w:t>C</w:t>
                      </w:r>
                      <w:r w:rsidRPr="00D311CF">
                        <w:rPr>
                          <w:sz w:val="52"/>
                          <w:szCs w:val="52"/>
                        </w:rPr>
                        <w:t>onference</w:t>
                      </w:r>
                    </w:p>
                    <w:p w14:paraId="6F05A976" w14:textId="3FC4213C" w:rsidR="00B74E05" w:rsidRPr="00D311CF" w:rsidRDefault="00B74E05" w:rsidP="00D311CF">
                      <w:pPr>
                        <w:spacing w:after="0" w:line="240" w:lineRule="auto"/>
                        <w:jc w:val="center"/>
                        <w:rPr>
                          <w:sz w:val="52"/>
                          <w:szCs w:val="52"/>
                        </w:rPr>
                      </w:pPr>
                      <w:r w:rsidRPr="00D311CF">
                        <w:rPr>
                          <w:sz w:val="52"/>
                          <w:szCs w:val="52"/>
                        </w:rPr>
                        <w:t xml:space="preserve">Registration </w:t>
                      </w:r>
                      <w:r w:rsidR="00BF0B9D">
                        <w:rPr>
                          <w:sz w:val="52"/>
                          <w:szCs w:val="52"/>
                        </w:rPr>
                        <w:t>Form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</w:p>
    <w:p w14:paraId="69C532CC" w14:textId="53404FE3" w:rsidR="00CC7D4B" w:rsidRPr="0035363D" w:rsidRDefault="00CC7D4B" w:rsidP="00FF026E">
      <w:pPr>
        <w:spacing w:after="0" w:line="240" w:lineRule="auto"/>
        <w:jc w:val="center"/>
        <w:rPr>
          <w:sz w:val="32"/>
          <w:szCs w:val="32"/>
        </w:rPr>
      </w:pPr>
    </w:p>
    <w:p w14:paraId="005C772A" w14:textId="48460A0E" w:rsidR="00E77541" w:rsidRDefault="00C861CF" w:rsidP="00CC7D4B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1" locked="0" layoutInCell="1" allowOverlap="1" wp14:anchorId="6E19244B" wp14:editId="123EC3B4">
                <wp:simplePos x="0" y="0"/>
                <wp:positionH relativeFrom="margin">
                  <wp:align>right</wp:align>
                </wp:positionH>
                <wp:positionV relativeFrom="paragraph">
                  <wp:posOffset>2656205</wp:posOffset>
                </wp:positionV>
                <wp:extent cx="4845050" cy="3067050"/>
                <wp:effectExtent l="0" t="0" r="0" b="0"/>
                <wp:wrapTight wrapText="bothSides">
                  <wp:wrapPolygon edited="0">
                    <wp:start x="255" y="134"/>
                    <wp:lineTo x="255" y="21332"/>
                    <wp:lineTo x="21232" y="21332"/>
                    <wp:lineTo x="21232" y="134"/>
                    <wp:lineTo x="255" y="134"/>
                  </wp:wrapPolygon>
                </wp:wrapTight>
                <wp:docPr id="12575098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5050" cy="3067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FFF49D" w14:textId="69182B8C" w:rsidR="002556C7" w:rsidRDefault="00691DF5" w:rsidP="002556C7">
                            <w:pPr>
                              <w:spacing w:line="240" w:lineRule="auto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NASN/SDSNA member $75: __________</w:t>
                            </w:r>
                          </w:p>
                          <w:p w14:paraId="45DEB65A" w14:textId="5F4B7C47" w:rsidR="00691DF5" w:rsidRDefault="00D77A09" w:rsidP="002556C7">
                            <w:pPr>
                              <w:spacing w:line="240" w:lineRule="auto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N</w:t>
                            </w:r>
                            <w:r w:rsidR="00590C92">
                              <w:rPr>
                                <w:sz w:val="28"/>
                                <w:szCs w:val="28"/>
                              </w:rPr>
                              <w:t>ASN ID # _____________</w:t>
                            </w:r>
                          </w:p>
                          <w:p w14:paraId="56A5D1B2" w14:textId="4A78F294" w:rsidR="00590C92" w:rsidRDefault="00590C92" w:rsidP="002556C7">
                            <w:pPr>
                              <w:spacing w:line="240" w:lineRule="auto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Non Member</w:t>
                            </w:r>
                            <w:r w:rsidR="006B27F6">
                              <w:rPr>
                                <w:sz w:val="28"/>
                                <w:szCs w:val="28"/>
                              </w:rPr>
                              <w:t>: :</w:t>
                            </w:r>
                            <w:proofErr w:type="gramEnd"/>
                            <w:r w:rsidR="004706CF">
                              <w:rPr>
                                <w:sz w:val="28"/>
                                <w:szCs w:val="28"/>
                              </w:rPr>
                              <w:t>$</w:t>
                            </w:r>
                            <w:r w:rsidR="006B27F6">
                              <w:rPr>
                                <w:sz w:val="28"/>
                                <w:szCs w:val="28"/>
                              </w:rPr>
                              <w:t>95 __________</w:t>
                            </w:r>
                          </w:p>
                          <w:p w14:paraId="60AF28E7" w14:textId="18BB2B22" w:rsidR="006B27F6" w:rsidRDefault="006B27F6" w:rsidP="002556C7">
                            <w:pPr>
                              <w:spacing w:line="240" w:lineRule="auto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Retired NASN/SDSNA member $</w:t>
                            </w:r>
                            <w:r w:rsidR="004D0974">
                              <w:rPr>
                                <w:sz w:val="28"/>
                                <w:szCs w:val="28"/>
                              </w:rPr>
                              <w:t xml:space="preserve"> 0 __________</w:t>
                            </w:r>
                          </w:p>
                          <w:p w14:paraId="47F6E4F5" w14:textId="5149FCA8" w:rsidR="004D0974" w:rsidRDefault="004D0974" w:rsidP="002556C7">
                            <w:pPr>
                              <w:spacing w:line="240" w:lineRule="auto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Late Fee if mailed after Ju</w:t>
                            </w:r>
                            <w:r w:rsidR="00A375E8">
                              <w:rPr>
                                <w:sz w:val="28"/>
                                <w:szCs w:val="28"/>
                              </w:rPr>
                              <w:t>ly 1st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$5 __________</w:t>
                            </w:r>
                          </w:p>
                          <w:p w14:paraId="3CBFDCD6" w14:textId="1AA3424D" w:rsidR="007A0C5C" w:rsidRDefault="007A0C5C" w:rsidP="002556C7">
                            <w:pPr>
                              <w:spacing w:line="240" w:lineRule="auto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I will attend Dinner/Social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Hour  Yes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______ No ______</w:t>
                            </w:r>
                          </w:p>
                          <w:p w14:paraId="11743F13" w14:textId="243E58FE" w:rsidR="00C861CF" w:rsidRDefault="00014256" w:rsidP="002556C7">
                            <w:pPr>
                              <w:spacing w:line="240" w:lineRule="auto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List any diet requests</w:t>
                            </w:r>
                            <w:r w:rsidR="00102D72">
                              <w:rPr>
                                <w:sz w:val="28"/>
                                <w:szCs w:val="28"/>
                              </w:rPr>
                              <w:t>_____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________</w:t>
                            </w:r>
                            <w:r w:rsidR="00102D72">
                              <w:rPr>
                                <w:sz w:val="28"/>
                                <w:szCs w:val="28"/>
                              </w:rPr>
                              <w:t>________________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_______________</w:t>
                            </w:r>
                            <w:r w:rsidR="00C861C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FA8DCFF" w14:textId="41FC91DA" w:rsidR="007A0C5C" w:rsidRDefault="00C861CF" w:rsidP="002556C7">
                            <w:pPr>
                              <w:spacing w:line="240" w:lineRule="auto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Ad</w:t>
                            </w:r>
                            <w:r w:rsidR="007A0C5C">
                              <w:rPr>
                                <w:sz w:val="28"/>
                                <w:szCs w:val="28"/>
                              </w:rPr>
                              <w:t xml:space="preserve">ditional Guest for </w:t>
                            </w:r>
                            <w:proofErr w:type="gramStart"/>
                            <w:r w:rsidR="007A0C5C">
                              <w:rPr>
                                <w:sz w:val="28"/>
                                <w:szCs w:val="28"/>
                              </w:rPr>
                              <w:t>Dinner  #</w:t>
                            </w:r>
                            <w:proofErr w:type="gramEnd"/>
                            <w:r w:rsidR="007A0C5C">
                              <w:rPr>
                                <w:sz w:val="28"/>
                                <w:szCs w:val="28"/>
                              </w:rPr>
                              <w:t xml:space="preserve"> ________</w:t>
                            </w:r>
                            <w:r w:rsidR="00A11465">
                              <w:rPr>
                                <w:sz w:val="28"/>
                                <w:szCs w:val="28"/>
                              </w:rPr>
                              <w:t xml:space="preserve"> x 30</w:t>
                            </w:r>
                          </w:p>
                          <w:p w14:paraId="4DB1CFDB" w14:textId="57F761A7" w:rsidR="000E6A92" w:rsidRPr="00691DF5" w:rsidRDefault="000E6A92" w:rsidP="002556C7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                                                   </w:t>
                            </w:r>
                            <w:r w:rsidR="002448B2">
                              <w:rPr>
                                <w:sz w:val="28"/>
                                <w:szCs w:val="28"/>
                              </w:rPr>
                              <w:t xml:space="preserve">          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004A3B">
                              <w:rPr>
                                <w:sz w:val="28"/>
                                <w:szCs w:val="28"/>
                              </w:rPr>
                              <w:t xml:space="preserve">Total </w:t>
                            </w:r>
                            <w:r w:rsidR="002556C7">
                              <w:rPr>
                                <w:sz w:val="28"/>
                                <w:szCs w:val="28"/>
                              </w:rPr>
                              <w:t>____</w:t>
                            </w:r>
                            <w:r w:rsidR="00004A3B">
                              <w:rPr>
                                <w:sz w:val="28"/>
                                <w:szCs w:val="28"/>
                              </w:rPr>
                              <w:t>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9244B" id="_x0000_s1034" type="#_x0000_t202" style="position:absolute;left:0;text-align:left;margin-left:330.3pt;margin-top:209.15pt;width:381.5pt;height:241.5pt;z-index:-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" filled="f" stroked="f" strokeweight="2pt">
                <v:textbox>
                  <w:txbxContent>
                    <w:p w14:paraId="74FFF49D" w14:textId="69182B8C" w:rsidR="002556C7" w:rsidRDefault="00691DF5" w:rsidP="002556C7">
                      <w:pPr>
                        <w:spacing w:line="240" w:lineRule="auto"/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NASN/SDSNA member $75: __________</w:t>
                      </w:r>
                    </w:p>
                    <w:p w14:paraId="45DEB65A" w14:textId="5F4B7C47" w:rsidR="00691DF5" w:rsidRDefault="00D77A09" w:rsidP="002556C7">
                      <w:pPr>
                        <w:spacing w:line="240" w:lineRule="auto"/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N</w:t>
                      </w:r>
                      <w:r w:rsidR="00590C92">
                        <w:rPr>
                          <w:sz w:val="28"/>
                          <w:szCs w:val="28"/>
                        </w:rPr>
                        <w:t>ASN ID # _____________</w:t>
                      </w:r>
                    </w:p>
                    <w:p w14:paraId="56A5D1B2" w14:textId="4A78F294" w:rsidR="00590C92" w:rsidRDefault="00590C92" w:rsidP="002556C7">
                      <w:pPr>
                        <w:spacing w:line="240" w:lineRule="auto"/>
                        <w:jc w:val="right"/>
                        <w:rPr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sz w:val="28"/>
                          <w:szCs w:val="28"/>
                        </w:rPr>
                        <w:t>Non Member</w:t>
                      </w:r>
                      <w:r w:rsidR="006B27F6">
                        <w:rPr>
                          <w:sz w:val="28"/>
                          <w:szCs w:val="28"/>
                        </w:rPr>
                        <w:t>: :</w:t>
                      </w:r>
                      <w:proofErr w:type="gramEnd"/>
                      <w:r w:rsidR="004706CF">
                        <w:rPr>
                          <w:sz w:val="28"/>
                          <w:szCs w:val="28"/>
                        </w:rPr>
                        <w:t>$</w:t>
                      </w:r>
                      <w:r w:rsidR="006B27F6">
                        <w:rPr>
                          <w:sz w:val="28"/>
                          <w:szCs w:val="28"/>
                        </w:rPr>
                        <w:t>95 __________</w:t>
                      </w:r>
                    </w:p>
                    <w:p w14:paraId="60AF28E7" w14:textId="18BB2B22" w:rsidR="006B27F6" w:rsidRDefault="006B27F6" w:rsidP="002556C7">
                      <w:pPr>
                        <w:spacing w:line="240" w:lineRule="auto"/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Retired NASN/SDSNA member $</w:t>
                      </w:r>
                      <w:r w:rsidR="004D0974">
                        <w:rPr>
                          <w:sz w:val="28"/>
                          <w:szCs w:val="28"/>
                        </w:rPr>
                        <w:t xml:space="preserve"> 0 __________</w:t>
                      </w:r>
                    </w:p>
                    <w:p w14:paraId="47F6E4F5" w14:textId="5149FCA8" w:rsidR="004D0974" w:rsidRDefault="004D0974" w:rsidP="002556C7">
                      <w:pPr>
                        <w:spacing w:line="240" w:lineRule="auto"/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Late Fee if mailed after Ju</w:t>
                      </w:r>
                      <w:r w:rsidR="00A375E8">
                        <w:rPr>
                          <w:sz w:val="28"/>
                          <w:szCs w:val="28"/>
                        </w:rPr>
                        <w:t>ly 1st</w:t>
                      </w:r>
                      <w:r>
                        <w:rPr>
                          <w:sz w:val="28"/>
                          <w:szCs w:val="28"/>
                        </w:rPr>
                        <w:t xml:space="preserve"> $5 __________</w:t>
                      </w:r>
                    </w:p>
                    <w:p w14:paraId="3CBFDCD6" w14:textId="1AA3424D" w:rsidR="007A0C5C" w:rsidRDefault="007A0C5C" w:rsidP="002556C7">
                      <w:pPr>
                        <w:spacing w:line="240" w:lineRule="auto"/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I will attend Dinner/Social 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Hour  Yes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______ No ______</w:t>
                      </w:r>
                    </w:p>
                    <w:p w14:paraId="11743F13" w14:textId="243E58FE" w:rsidR="00C861CF" w:rsidRDefault="00014256" w:rsidP="002556C7">
                      <w:pPr>
                        <w:spacing w:line="240" w:lineRule="auto"/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List any diet requests</w:t>
                      </w:r>
                      <w:r w:rsidR="00102D72">
                        <w:rPr>
                          <w:sz w:val="28"/>
                          <w:szCs w:val="28"/>
                        </w:rPr>
                        <w:t>_____</w:t>
                      </w:r>
                      <w:r>
                        <w:rPr>
                          <w:sz w:val="28"/>
                          <w:szCs w:val="28"/>
                        </w:rPr>
                        <w:t>________</w:t>
                      </w:r>
                      <w:r w:rsidR="00102D72">
                        <w:rPr>
                          <w:sz w:val="28"/>
                          <w:szCs w:val="28"/>
                        </w:rPr>
                        <w:t>________________</w:t>
                      </w:r>
                      <w:r>
                        <w:rPr>
                          <w:sz w:val="28"/>
                          <w:szCs w:val="28"/>
                        </w:rPr>
                        <w:t>_______________</w:t>
                      </w:r>
                      <w:r w:rsidR="00C861CF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3FA8DCFF" w14:textId="41FC91DA" w:rsidR="007A0C5C" w:rsidRDefault="00C861CF" w:rsidP="002556C7">
                      <w:pPr>
                        <w:spacing w:line="240" w:lineRule="auto"/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Ad</w:t>
                      </w:r>
                      <w:r w:rsidR="007A0C5C">
                        <w:rPr>
                          <w:sz w:val="28"/>
                          <w:szCs w:val="28"/>
                        </w:rPr>
                        <w:t xml:space="preserve">ditional Guest for </w:t>
                      </w:r>
                      <w:proofErr w:type="gramStart"/>
                      <w:r w:rsidR="007A0C5C">
                        <w:rPr>
                          <w:sz w:val="28"/>
                          <w:szCs w:val="28"/>
                        </w:rPr>
                        <w:t>Dinner  #</w:t>
                      </w:r>
                      <w:proofErr w:type="gramEnd"/>
                      <w:r w:rsidR="007A0C5C">
                        <w:rPr>
                          <w:sz w:val="28"/>
                          <w:szCs w:val="28"/>
                        </w:rPr>
                        <w:t xml:space="preserve"> ________</w:t>
                      </w:r>
                      <w:r w:rsidR="00A11465">
                        <w:rPr>
                          <w:sz w:val="28"/>
                          <w:szCs w:val="28"/>
                        </w:rPr>
                        <w:t xml:space="preserve"> x 30</w:t>
                      </w:r>
                    </w:p>
                    <w:p w14:paraId="4DB1CFDB" w14:textId="57F761A7" w:rsidR="000E6A92" w:rsidRPr="00691DF5" w:rsidRDefault="000E6A92" w:rsidP="002556C7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                                                               </w:t>
                      </w:r>
                      <w:r w:rsidR="002448B2">
                        <w:rPr>
                          <w:sz w:val="28"/>
                          <w:szCs w:val="28"/>
                        </w:rPr>
                        <w:t xml:space="preserve">             </w:t>
                      </w:r>
                      <w:r>
                        <w:rPr>
                          <w:sz w:val="28"/>
                          <w:szCs w:val="28"/>
                        </w:rPr>
                        <w:t xml:space="preserve">    </w:t>
                      </w:r>
                      <w:r w:rsidR="00004A3B">
                        <w:rPr>
                          <w:sz w:val="28"/>
                          <w:szCs w:val="28"/>
                        </w:rPr>
                        <w:t xml:space="preserve">Total </w:t>
                      </w:r>
                      <w:r w:rsidR="002556C7">
                        <w:rPr>
                          <w:sz w:val="28"/>
                          <w:szCs w:val="28"/>
                        </w:rPr>
                        <w:t>____</w:t>
                      </w:r>
                      <w:r w:rsidR="00004A3B">
                        <w:rPr>
                          <w:sz w:val="28"/>
                          <w:szCs w:val="28"/>
                        </w:rPr>
                        <w:t>________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3B1923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DD54226" wp14:editId="1DC461A7">
                <wp:simplePos x="0" y="0"/>
                <wp:positionH relativeFrom="column">
                  <wp:posOffset>3657600</wp:posOffset>
                </wp:positionH>
                <wp:positionV relativeFrom="paragraph">
                  <wp:posOffset>5645150</wp:posOffset>
                </wp:positionV>
                <wp:extent cx="3208655" cy="1893570"/>
                <wp:effectExtent l="0" t="0" r="10795" b="11430"/>
                <wp:wrapSquare wrapText="bothSides"/>
                <wp:docPr id="46162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655" cy="1893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B8667" w14:textId="77777777" w:rsidR="00B53C19" w:rsidRPr="00BA5370" w:rsidRDefault="009B7D84" w:rsidP="00B53C19">
                            <w:pPr>
                              <w:spacing w:after="0"/>
                              <w:rPr>
                                <w:rFonts w:ascii="ADLaM Display" w:hAnsi="ADLaM Display" w:cs="ADLaM Display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A5370">
                              <w:rPr>
                                <w:rFonts w:ascii="ADLaM Display" w:hAnsi="ADLaM Display" w:cs="ADLaM Display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Lodging Information </w:t>
                            </w:r>
                          </w:p>
                          <w:p w14:paraId="75159A8B" w14:textId="293A487C" w:rsidR="00B53C19" w:rsidRPr="00BA5370" w:rsidRDefault="009B7D84" w:rsidP="00B53C19">
                            <w:pPr>
                              <w:spacing w:after="0"/>
                              <w:rPr>
                                <w:rFonts w:ascii="ADLaM Display" w:hAnsi="ADLaM Display" w:cs="ADLaM Display"/>
                                <w:sz w:val="28"/>
                                <w:szCs w:val="28"/>
                              </w:rPr>
                            </w:pPr>
                            <w:r w:rsidRPr="00BA5370">
                              <w:rPr>
                                <w:rFonts w:ascii="ADLaM Display" w:hAnsi="ADLaM Display" w:cs="ADLaM Display"/>
                                <w:sz w:val="28"/>
                                <w:szCs w:val="28"/>
                              </w:rPr>
                              <w:t xml:space="preserve">Arrowwood Resort and Conference Center </w:t>
                            </w:r>
                          </w:p>
                          <w:p w14:paraId="3EEE3CAD" w14:textId="77777777" w:rsidR="00B53C19" w:rsidRPr="00BA5370" w:rsidRDefault="009B7D84" w:rsidP="00B53C19">
                            <w:pPr>
                              <w:spacing w:after="0"/>
                              <w:rPr>
                                <w:rFonts w:ascii="ADLaM Display" w:hAnsi="ADLaM Display" w:cs="ADLaM Display"/>
                                <w:sz w:val="28"/>
                                <w:szCs w:val="28"/>
                              </w:rPr>
                            </w:pPr>
                            <w:r w:rsidRPr="00BA5370">
                              <w:rPr>
                                <w:rFonts w:ascii="ADLaM Display" w:hAnsi="ADLaM Display" w:cs="ADLaM Display"/>
                                <w:sz w:val="28"/>
                                <w:szCs w:val="28"/>
                              </w:rPr>
                              <w:t xml:space="preserve">1500 Shoreline Drive </w:t>
                            </w:r>
                          </w:p>
                          <w:p w14:paraId="48D4DD4A" w14:textId="77777777" w:rsidR="00B53C19" w:rsidRPr="00BA5370" w:rsidRDefault="009B7D84" w:rsidP="00B53C19">
                            <w:pPr>
                              <w:spacing w:after="0"/>
                              <w:rPr>
                                <w:rFonts w:ascii="ADLaM Display" w:hAnsi="ADLaM Display" w:cs="ADLaM Display"/>
                                <w:sz w:val="28"/>
                                <w:szCs w:val="28"/>
                              </w:rPr>
                            </w:pPr>
                            <w:r w:rsidRPr="00BA5370">
                              <w:rPr>
                                <w:rFonts w:ascii="ADLaM Display" w:hAnsi="ADLaM Display" w:cs="ADLaM Display"/>
                                <w:sz w:val="28"/>
                                <w:szCs w:val="28"/>
                              </w:rPr>
                              <w:t xml:space="preserve">Chamberlain, SD 57365 </w:t>
                            </w:r>
                          </w:p>
                          <w:p w14:paraId="29B39EA4" w14:textId="77777777" w:rsidR="00BA5370" w:rsidRPr="00BA5370" w:rsidRDefault="009B7D84" w:rsidP="00B53C19">
                            <w:pPr>
                              <w:spacing w:after="0"/>
                              <w:rPr>
                                <w:rFonts w:ascii="ADLaM Display" w:hAnsi="ADLaM Display" w:cs="ADLaM Display"/>
                                <w:sz w:val="28"/>
                                <w:szCs w:val="28"/>
                              </w:rPr>
                            </w:pPr>
                            <w:r w:rsidRPr="00BA5370">
                              <w:rPr>
                                <w:rFonts w:ascii="ADLaM Display" w:hAnsi="ADLaM Display" w:cs="ADLaM Display"/>
                                <w:sz w:val="28"/>
                                <w:szCs w:val="28"/>
                              </w:rPr>
                              <w:t xml:space="preserve">605.234.6376 </w:t>
                            </w:r>
                          </w:p>
                          <w:p w14:paraId="0E557A12" w14:textId="3B96F7F7" w:rsidR="00A839B5" w:rsidRPr="00BA5370" w:rsidRDefault="009B7D84" w:rsidP="00B53C19">
                            <w:pPr>
                              <w:spacing w:after="0"/>
                              <w:rPr>
                                <w:rFonts w:ascii="ADLaM Display" w:hAnsi="ADLaM Display" w:cs="ADLaM Display"/>
                                <w:sz w:val="28"/>
                                <w:szCs w:val="28"/>
                              </w:rPr>
                            </w:pPr>
                            <w:r w:rsidRPr="00BA5370">
                              <w:rPr>
                                <w:rFonts w:ascii="ADLaM Display" w:hAnsi="ADLaM Display" w:cs="ADLaM Display"/>
                                <w:sz w:val="28"/>
                                <w:szCs w:val="28"/>
                              </w:rPr>
                              <w:t>arrowwoodcedarshore.com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54226" id="_x0000_s1035" type="#_x0000_t202" style="position:absolute;left:0;text-align:left;margin-left:4in;margin-top:444.5pt;width:252.65pt;height:149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">
                <v:textbox>
                  <w:txbxContent>
                    <w:p w14:paraId="3BFB8667" w14:textId="77777777" w:rsidR="00B53C19" w:rsidRPr="00BA5370" w:rsidRDefault="009B7D84" w:rsidP="00B53C19">
                      <w:pPr>
                        <w:spacing w:after="0"/>
                        <w:rPr>
                          <w:rFonts w:ascii="ADLaM Display" w:hAnsi="ADLaM Display" w:cs="ADLaM Display"/>
                          <w:b/>
                          <w:bCs/>
                          <w:sz w:val="28"/>
                          <w:szCs w:val="28"/>
                        </w:rPr>
                      </w:pPr>
                      <w:r w:rsidRPr="00BA5370">
                        <w:rPr>
                          <w:rFonts w:ascii="ADLaM Display" w:hAnsi="ADLaM Display" w:cs="ADLaM Display"/>
                          <w:b/>
                          <w:bCs/>
                          <w:sz w:val="28"/>
                          <w:szCs w:val="28"/>
                        </w:rPr>
                        <w:t xml:space="preserve">Lodging Information </w:t>
                      </w:r>
                    </w:p>
                    <w:p w14:paraId="75159A8B" w14:textId="293A487C" w:rsidR="00B53C19" w:rsidRPr="00BA5370" w:rsidRDefault="009B7D84" w:rsidP="00B53C19">
                      <w:pPr>
                        <w:spacing w:after="0"/>
                        <w:rPr>
                          <w:rFonts w:ascii="ADLaM Display" w:hAnsi="ADLaM Display" w:cs="ADLaM Display"/>
                          <w:sz w:val="28"/>
                          <w:szCs w:val="28"/>
                        </w:rPr>
                      </w:pPr>
                      <w:r w:rsidRPr="00BA5370">
                        <w:rPr>
                          <w:rFonts w:ascii="ADLaM Display" w:hAnsi="ADLaM Display" w:cs="ADLaM Display"/>
                          <w:sz w:val="28"/>
                          <w:szCs w:val="28"/>
                        </w:rPr>
                        <w:t xml:space="preserve">Arrowwood Resort and Conference Center </w:t>
                      </w:r>
                    </w:p>
                    <w:p w14:paraId="3EEE3CAD" w14:textId="77777777" w:rsidR="00B53C19" w:rsidRPr="00BA5370" w:rsidRDefault="009B7D84" w:rsidP="00B53C19">
                      <w:pPr>
                        <w:spacing w:after="0"/>
                        <w:rPr>
                          <w:rFonts w:ascii="ADLaM Display" w:hAnsi="ADLaM Display" w:cs="ADLaM Display"/>
                          <w:sz w:val="28"/>
                          <w:szCs w:val="28"/>
                        </w:rPr>
                      </w:pPr>
                      <w:r w:rsidRPr="00BA5370">
                        <w:rPr>
                          <w:rFonts w:ascii="ADLaM Display" w:hAnsi="ADLaM Display" w:cs="ADLaM Display"/>
                          <w:sz w:val="28"/>
                          <w:szCs w:val="28"/>
                        </w:rPr>
                        <w:t xml:space="preserve">1500 Shoreline Drive </w:t>
                      </w:r>
                    </w:p>
                    <w:p w14:paraId="48D4DD4A" w14:textId="77777777" w:rsidR="00B53C19" w:rsidRPr="00BA5370" w:rsidRDefault="009B7D84" w:rsidP="00B53C19">
                      <w:pPr>
                        <w:spacing w:after="0"/>
                        <w:rPr>
                          <w:rFonts w:ascii="ADLaM Display" w:hAnsi="ADLaM Display" w:cs="ADLaM Display"/>
                          <w:sz w:val="28"/>
                          <w:szCs w:val="28"/>
                        </w:rPr>
                      </w:pPr>
                      <w:r w:rsidRPr="00BA5370">
                        <w:rPr>
                          <w:rFonts w:ascii="ADLaM Display" w:hAnsi="ADLaM Display" w:cs="ADLaM Display"/>
                          <w:sz w:val="28"/>
                          <w:szCs w:val="28"/>
                        </w:rPr>
                        <w:t xml:space="preserve">Chamberlain, SD 57365 </w:t>
                      </w:r>
                    </w:p>
                    <w:p w14:paraId="29B39EA4" w14:textId="77777777" w:rsidR="00BA5370" w:rsidRPr="00BA5370" w:rsidRDefault="009B7D84" w:rsidP="00B53C19">
                      <w:pPr>
                        <w:spacing w:after="0"/>
                        <w:rPr>
                          <w:rFonts w:ascii="ADLaM Display" w:hAnsi="ADLaM Display" w:cs="ADLaM Display"/>
                          <w:sz w:val="28"/>
                          <w:szCs w:val="28"/>
                        </w:rPr>
                      </w:pPr>
                      <w:r w:rsidRPr="00BA5370">
                        <w:rPr>
                          <w:rFonts w:ascii="ADLaM Display" w:hAnsi="ADLaM Display" w:cs="ADLaM Display"/>
                          <w:sz w:val="28"/>
                          <w:szCs w:val="28"/>
                        </w:rPr>
                        <w:t xml:space="preserve">605.234.6376 </w:t>
                      </w:r>
                    </w:p>
                    <w:p w14:paraId="0E557A12" w14:textId="3B96F7F7" w:rsidR="00A839B5" w:rsidRPr="00BA5370" w:rsidRDefault="009B7D84" w:rsidP="00B53C19">
                      <w:pPr>
                        <w:spacing w:after="0"/>
                        <w:rPr>
                          <w:rFonts w:ascii="ADLaM Display" w:hAnsi="ADLaM Display" w:cs="ADLaM Display"/>
                          <w:sz w:val="28"/>
                          <w:szCs w:val="28"/>
                        </w:rPr>
                      </w:pPr>
                      <w:r w:rsidRPr="00BA5370">
                        <w:rPr>
                          <w:rFonts w:ascii="ADLaM Display" w:hAnsi="ADLaM Display" w:cs="ADLaM Display"/>
                          <w:sz w:val="28"/>
                          <w:szCs w:val="28"/>
                        </w:rPr>
                        <w:t>arrowwoodcedarshore.com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21E40">
        <w:rPr>
          <w:noProof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15796D96" wp14:editId="238E45A2">
                <wp:simplePos x="0" y="0"/>
                <wp:positionH relativeFrom="margin">
                  <wp:posOffset>-55880</wp:posOffset>
                </wp:positionH>
                <wp:positionV relativeFrom="paragraph">
                  <wp:posOffset>774065</wp:posOffset>
                </wp:positionV>
                <wp:extent cx="5076190" cy="1908810"/>
                <wp:effectExtent l="0" t="0" r="10160" b="15240"/>
                <wp:wrapSquare wrapText="bothSides"/>
                <wp:docPr id="13210235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6190" cy="1908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56BA28" w14:textId="309E1894" w:rsidR="006A04DA" w:rsidRDefault="00B408A3" w:rsidP="00821E40">
                            <w:pPr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Full name: ____________________________________________________________</w:t>
                            </w:r>
                          </w:p>
                          <w:p w14:paraId="71B2BDAA" w14:textId="37FF5A91" w:rsidR="00B408A3" w:rsidRDefault="00B408A3" w:rsidP="00821E40">
                            <w:pPr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Address: </w:t>
                            </w:r>
                            <w:r w:rsidR="00436661"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</w:t>
                            </w:r>
                          </w:p>
                          <w:p w14:paraId="39730054" w14:textId="54CE4150" w:rsidR="00436661" w:rsidRDefault="00436661" w:rsidP="00821E40">
                            <w:pPr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City:  __________________________________________________________________</w:t>
                            </w:r>
                          </w:p>
                          <w:p w14:paraId="7DC4B823" w14:textId="1C6259F4" w:rsidR="00436661" w:rsidRDefault="00436661" w:rsidP="00821E40">
                            <w:pPr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Phone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Numer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>:  ______________________________________________________</w:t>
                            </w:r>
                          </w:p>
                          <w:p w14:paraId="46F7AF8B" w14:textId="5A24206A" w:rsidR="00BC58FB" w:rsidRDefault="00BC58FB" w:rsidP="00821E40">
                            <w:pPr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Email:  ________________________________________________________________</w:t>
                            </w:r>
                          </w:p>
                          <w:p w14:paraId="0BA0464D" w14:textId="5CC27121" w:rsidR="00BC58FB" w:rsidRPr="007D3035" w:rsidRDefault="00BC58FB" w:rsidP="00821E40">
                            <w:pPr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School District:  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96D96" id="_x0000_s1036" type="#_x0000_t202" style="position:absolute;left:0;text-align:left;margin-left:-4.4pt;margin-top:60.95pt;width:399.7pt;height:150.3pt;z-index:251670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">
                <v:textbox>
                  <w:txbxContent>
                    <w:p w14:paraId="3F56BA28" w14:textId="309E1894" w:rsidR="006A04DA" w:rsidRDefault="00B408A3" w:rsidP="00821E40">
                      <w:pPr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Full name: ____________________________________________________________</w:t>
                      </w:r>
                    </w:p>
                    <w:p w14:paraId="71B2BDAA" w14:textId="37FF5A91" w:rsidR="00B408A3" w:rsidRDefault="00B408A3" w:rsidP="00821E40">
                      <w:pPr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Address: </w:t>
                      </w:r>
                      <w:r w:rsidR="00436661">
                        <w:rPr>
                          <w:sz w:val="28"/>
                          <w:szCs w:val="28"/>
                        </w:rPr>
                        <w:t>______________________________________________________________</w:t>
                      </w:r>
                    </w:p>
                    <w:p w14:paraId="39730054" w14:textId="54CE4150" w:rsidR="00436661" w:rsidRDefault="00436661" w:rsidP="00821E40">
                      <w:pPr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City:  __________________________________________________________________</w:t>
                      </w:r>
                    </w:p>
                    <w:p w14:paraId="7DC4B823" w14:textId="1C6259F4" w:rsidR="00436661" w:rsidRDefault="00436661" w:rsidP="00821E40">
                      <w:pPr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Phone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Numer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>:  ______________________________________________________</w:t>
                      </w:r>
                    </w:p>
                    <w:p w14:paraId="46F7AF8B" w14:textId="5A24206A" w:rsidR="00BC58FB" w:rsidRDefault="00BC58FB" w:rsidP="00821E40">
                      <w:pPr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Email:  ________________________________________________________________</w:t>
                      </w:r>
                    </w:p>
                    <w:p w14:paraId="0BA0464D" w14:textId="5CC27121" w:rsidR="00BC58FB" w:rsidRPr="007D3035" w:rsidRDefault="00BC58FB" w:rsidP="00821E40">
                      <w:pPr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School District:  _____________________________________________________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C43AB" w:rsidRPr="00FF026E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5846195F" wp14:editId="5ADDA4DB">
                <wp:simplePos x="0" y="0"/>
                <wp:positionH relativeFrom="column">
                  <wp:posOffset>4875414</wp:posOffset>
                </wp:positionH>
                <wp:positionV relativeFrom="paragraph">
                  <wp:posOffset>221599</wp:posOffset>
                </wp:positionV>
                <wp:extent cx="2133600" cy="889000"/>
                <wp:effectExtent l="0" t="0" r="19050" b="25400"/>
                <wp:wrapSquare wrapText="bothSides"/>
                <wp:docPr id="8696379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88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978E44" w14:textId="5C41F82F" w:rsidR="00FF026E" w:rsidRPr="0035363D" w:rsidRDefault="00FF026E" w:rsidP="00FF026E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5363D">
                              <w:rPr>
                                <w:sz w:val="32"/>
                                <w:szCs w:val="32"/>
                              </w:rPr>
                              <w:t>July 1</w:t>
                            </w:r>
                            <w:r w:rsidR="003B1923">
                              <w:rPr>
                                <w:sz w:val="32"/>
                                <w:szCs w:val="32"/>
                              </w:rPr>
                              <w:t>4 &amp; 15</w:t>
                            </w:r>
                            <w:r w:rsidR="003B1923" w:rsidRPr="003B1923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3B1923">
                              <w:rPr>
                                <w:sz w:val="32"/>
                                <w:szCs w:val="32"/>
                              </w:rPr>
                              <w:t xml:space="preserve"> 2026</w:t>
                            </w:r>
                          </w:p>
                          <w:p w14:paraId="6D39B046" w14:textId="77777777" w:rsidR="00FF026E" w:rsidRPr="0035363D" w:rsidRDefault="00FF026E" w:rsidP="00FF026E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5363D">
                              <w:rPr>
                                <w:sz w:val="32"/>
                                <w:szCs w:val="32"/>
                              </w:rPr>
                              <w:t>Arrowwood Resort</w:t>
                            </w:r>
                          </w:p>
                          <w:p w14:paraId="592C6B02" w14:textId="77777777" w:rsidR="00FF026E" w:rsidRPr="0035363D" w:rsidRDefault="00FF026E" w:rsidP="00FF026E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5363D">
                              <w:rPr>
                                <w:sz w:val="32"/>
                                <w:szCs w:val="32"/>
                              </w:rPr>
                              <w:t>Chamberlain, SD</w:t>
                            </w:r>
                          </w:p>
                          <w:p w14:paraId="77980F70" w14:textId="1AF88C0B" w:rsidR="00FF026E" w:rsidRDefault="00FF026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6195F" id="_x0000_s1037" type="#_x0000_t202" style="position:absolute;left:0;text-align:left;margin-left:383.9pt;margin-top:17.45pt;width:168pt;height:70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">
                <v:textbox>
                  <w:txbxContent>
                    <w:p w14:paraId="4C978E44" w14:textId="5C41F82F" w:rsidR="00FF026E" w:rsidRPr="0035363D" w:rsidRDefault="00FF026E" w:rsidP="00FF026E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5363D">
                        <w:rPr>
                          <w:sz w:val="32"/>
                          <w:szCs w:val="32"/>
                        </w:rPr>
                        <w:t>July 1</w:t>
                      </w:r>
                      <w:r w:rsidR="003B1923">
                        <w:rPr>
                          <w:sz w:val="32"/>
                          <w:szCs w:val="32"/>
                        </w:rPr>
                        <w:t>4 &amp; 15</w:t>
                      </w:r>
                      <w:r w:rsidR="003B1923" w:rsidRPr="003B1923">
                        <w:rPr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="003B1923">
                        <w:rPr>
                          <w:sz w:val="32"/>
                          <w:szCs w:val="32"/>
                        </w:rPr>
                        <w:t xml:space="preserve"> 2026</w:t>
                      </w:r>
                    </w:p>
                    <w:p w14:paraId="6D39B046" w14:textId="77777777" w:rsidR="00FF026E" w:rsidRPr="0035363D" w:rsidRDefault="00FF026E" w:rsidP="00FF026E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5363D">
                        <w:rPr>
                          <w:sz w:val="32"/>
                          <w:szCs w:val="32"/>
                        </w:rPr>
                        <w:t>Arrowwood Resort</w:t>
                      </w:r>
                    </w:p>
                    <w:p w14:paraId="592C6B02" w14:textId="77777777" w:rsidR="00FF026E" w:rsidRPr="0035363D" w:rsidRDefault="00FF026E" w:rsidP="00FF026E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5363D">
                        <w:rPr>
                          <w:sz w:val="32"/>
                          <w:szCs w:val="32"/>
                        </w:rPr>
                        <w:t>Chamberlain, SD</w:t>
                      </w:r>
                    </w:p>
                    <w:p w14:paraId="77980F70" w14:textId="1AF88C0B" w:rsidR="00FF026E" w:rsidRDefault="00FF026E"/>
                  </w:txbxContent>
                </v:textbox>
                <w10:wrap type="square"/>
              </v:shape>
            </w:pict>
          </mc:Fallback>
        </mc:AlternateContent>
      </w:r>
      <w:r w:rsidR="009C43AB">
        <w:rPr>
          <w:noProof/>
        </w:rPr>
        <mc:AlternateContent>
          <mc:Choice Requires="wps">
            <w:drawing>
              <wp:anchor distT="45720" distB="45720" distL="114300" distR="114300" simplePos="0" relativeHeight="251714048" behindDoc="0" locked="0" layoutInCell="1" allowOverlap="1" wp14:anchorId="277606CA" wp14:editId="1E30747F">
                <wp:simplePos x="0" y="0"/>
                <wp:positionH relativeFrom="margin">
                  <wp:align>left</wp:align>
                </wp:positionH>
                <wp:positionV relativeFrom="paragraph">
                  <wp:posOffset>5648440</wp:posOffset>
                </wp:positionV>
                <wp:extent cx="3073400" cy="1897669"/>
                <wp:effectExtent l="0" t="0" r="12700" b="26670"/>
                <wp:wrapSquare wrapText="bothSides"/>
                <wp:docPr id="18098633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3400" cy="18976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97D1A" w14:textId="77777777" w:rsidR="00A839B5" w:rsidRPr="00BA5370" w:rsidRDefault="00375D6E" w:rsidP="00A839B5">
                            <w:pPr>
                              <w:spacing w:after="0"/>
                              <w:rPr>
                                <w:rFonts w:ascii="ADLaM Display" w:hAnsi="ADLaM Display" w:cs="ADLaM Display"/>
                                <w:sz w:val="28"/>
                                <w:szCs w:val="28"/>
                              </w:rPr>
                            </w:pPr>
                            <w:r w:rsidRPr="00BA5370">
                              <w:rPr>
                                <w:rFonts w:ascii="ADLaM Display" w:hAnsi="ADLaM Display" w:cs="ADLaM Display"/>
                                <w:b/>
                                <w:bCs/>
                                <w:sz w:val="28"/>
                                <w:szCs w:val="28"/>
                              </w:rPr>
                              <w:t>Make Checks Payable to SDSNA</w:t>
                            </w:r>
                            <w:r w:rsidRPr="00BA5370">
                              <w:rPr>
                                <w:rFonts w:ascii="ADLaM Display" w:hAnsi="ADLaM Display" w:cs="ADLaM Display"/>
                                <w:sz w:val="28"/>
                                <w:szCs w:val="28"/>
                              </w:rPr>
                              <w:t xml:space="preserve"> Mail check and registration to: Kerry Leighty - SDSNA Treasurer 7277 Tanager Drive</w:t>
                            </w:r>
                          </w:p>
                          <w:p w14:paraId="30ED0A6D" w14:textId="6A3145A7" w:rsidR="00BE37D7" w:rsidRPr="00BA5370" w:rsidRDefault="00375D6E" w:rsidP="00A839B5">
                            <w:pPr>
                              <w:spacing w:after="0"/>
                              <w:rPr>
                                <w:rFonts w:ascii="ADLaM Display" w:hAnsi="ADLaM Display" w:cs="ADLaM Display"/>
                                <w:sz w:val="28"/>
                                <w:szCs w:val="28"/>
                              </w:rPr>
                            </w:pPr>
                            <w:r w:rsidRPr="00BA5370">
                              <w:rPr>
                                <w:rFonts w:ascii="ADLaM Display" w:hAnsi="ADLaM Display" w:cs="ADLaM Display"/>
                                <w:sz w:val="28"/>
                                <w:szCs w:val="28"/>
                              </w:rPr>
                              <w:t>Rapid City SD 57702 kerry.leighty@k12.sd.us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606CA" id="_x0000_s1038" type="#_x0000_t202" style="position:absolute;left:0;text-align:left;margin-left:0;margin-top:444.75pt;width:242pt;height:149.4pt;z-index:2517140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">
                <v:textbox>
                  <w:txbxContent>
                    <w:p w14:paraId="7DA97D1A" w14:textId="77777777" w:rsidR="00A839B5" w:rsidRPr="00BA5370" w:rsidRDefault="00375D6E" w:rsidP="00A839B5">
                      <w:pPr>
                        <w:spacing w:after="0"/>
                        <w:rPr>
                          <w:rFonts w:ascii="ADLaM Display" w:hAnsi="ADLaM Display" w:cs="ADLaM Display"/>
                          <w:sz w:val="28"/>
                          <w:szCs w:val="28"/>
                        </w:rPr>
                      </w:pPr>
                      <w:r w:rsidRPr="00BA5370">
                        <w:rPr>
                          <w:rFonts w:ascii="ADLaM Display" w:hAnsi="ADLaM Display" w:cs="ADLaM Display"/>
                          <w:b/>
                          <w:bCs/>
                          <w:sz w:val="28"/>
                          <w:szCs w:val="28"/>
                        </w:rPr>
                        <w:t>Make Checks Payable to SDSNA</w:t>
                      </w:r>
                      <w:r w:rsidRPr="00BA5370">
                        <w:rPr>
                          <w:rFonts w:ascii="ADLaM Display" w:hAnsi="ADLaM Display" w:cs="ADLaM Display"/>
                          <w:sz w:val="28"/>
                          <w:szCs w:val="28"/>
                        </w:rPr>
                        <w:t xml:space="preserve"> Mail check and registration to: Kerry Leighty - SDSNA Treasurer 7277 Tanager Drive</w:t>
                      </w:r>
                    </w:p>
                    <w:p w14:paraId="30ED0A6D" w14:textId="6A3145A7" w:rsidR="00BE37D7" w:rsidRPr="00BA5370" w:rsidRDefault="00375D6E" w:rsidP="00A839B5">
                      <w:pPr>
                        <w:spacing w:after="0"/>
                        <w:rPr>
                          <w:rFonts w:ascii="ADLaM Display" w:hAnsi="ADLaM Display" w:cs="ADLaM Display"/>
                          <w:sz w:val="28"/>
                          <w:szCs w:val="28"/>
                        </w:rPr>
                      </w:pPr>
                      <w:r w:rsidRPr="00BA5370">
                        <w:rPr>
                          <w:rFonts w:ascii="ADLaM Display" w:hAnsi="ADLaM Display" w:cs="ADLaM Display"/>
                          <w:sz w:val="28"/>
                          <w:szCs w:val="28"/>
                        </w:rPr>
                        <w:t>Rapid City SD 57702 kerry.leighty@k12.sd.us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52D16">
        <w:rPr>
          <w:noProof/>
        </w:rPr>
        <w:drawing>
          <wp:anchor distT="0" distB="0" distL="114300" distR="114300" simplePos="0" relativeHeight="251587072" behindDoc="1" locked="0" layoutInCell="1" allowOverlap="1" wp14:anchorId="7E11C34A" wp14:editId="087FCD7A">
            <wp:simplePos x="0" y="0"/>
            <wp:positionH relativeFrom="page">
              <wp:align>left</wp:align>
            </wp:positionH>
            <wp:positionV relativeFrom="page">
              <wp:posOffset>5187142</wp:posOffset>
            </wp:positionV>
            <wp:extent cx="7680960" cy="3683635"/>
            <wp:effectExtent l="0" t="0" r="0" b="0"/>
            <wp:wrapSquare wrapText="bothSides"/>
            <wp:docPr id="45173855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680960" cy="3683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77541" w:rsidSect="00810DEA">
      <w:headerReference w:type="default" r:id="rId10"/>
      <w:footerReference w:type="defaul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CCBAAF" w14:textId="77777777" w:rsidR="00CF1CC0" w:rsidRDefault="00CF1CC0">
      <w:pPr>
        <w:spacing w:after="0" w:line="240" w:lineRule="auto"/>
      </w:pPr>
      <w:r>
        <w:separator/>
      </w:r>
    </w:p>
  </w:endnote>
  <w:endnote w:type="continuationSeparator" w:id="0">
    <w:p w14:paraId="233E567F" w14:textId="77777777" w:rsidR="00CF1CC0" w:rsidRDefault="00CF1C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66BA4D" w14:textId="36E60199" w:rsidR="00B63B46" w:rsidRDefault="00575DE0">
    <w:pPr>
      <w:pStyle w:val="Footer"/>
      <w:jc w:val="center"/>
    </w:pPr>
    <w:r>
      <w:rPr>
        <w:sz w:val="18"/>
      </w:rPr>
      <w:t>South Dakota School Nurses Association • July 202</w:t>
    </w:r>
    <w:r w:rsidR="000C2C74">
      <w:rPr>
        <w:sz w:val="18"/>
      </w:rPr>
      <w:t>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3FF0D1" w14:textId="77777777" w:rsidR="00CF1CC0" w:rsidRDefault="00CF1CC0">
      <w:pPr>
        <w:spacing w:after="0" w:line="240" w:lineRule="auto"/>
      </w:pPr>
      <w:r>
        <w:separator/>
      </w:r>
    </w:p>
  </w:footnote>
  <w:footnote w:type="continuationSeparator" w:id="0">
    <w:p w14:paraId="40379D29" w14:textId="77777777" w:rsidR="00CF1CC0" w:rsidRDefault="00CF1C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25EAEC" w14:textId="663FCB3A" w:rsidR="00535309" w:rsidRPr="00535309" w:rsidRDefault="00575DE0" w:rsidP="00535309">
    <w:pPr>
      <w:pStyle w:val="Header"/>
      <w:pBdr>
        <w:bottom w:val="wave" w:sz="6" w:space="1" w:color="auto"/>
      </w:pBdr>
      <w:jc w:val="center"/>
      <w:rPr>
        <w:sz w:val="32"/>
        <w:szCs w:val="32"/>
      </w:rPr>
    </w:pPr>
    <w:r w:rsidRPr="00535309">
      <w:rPr>
        <w:b/>
        <w:sz w:val="48"/>
        <w:szCs w:val="32"/>
      </w:rPr>
      <w:t>SDSNA Annual Conference 202</w:t>
    </w:r>
    <w:r w:rsidR="00603598">
      <w:rPr>
        <w:b/>
        <w:sz w:val="48"/>
        <w:szCs w:val="32"/>
      </w:rPr>
      <w:t>6</w:t>
    </w:r>
    <w:r w:rsidRPr="00535309">
      <w:rPr>
        <w:b/>
        <w:sz w:val="48"/>
        <w:szCs w:val="32"/>
      </w:rPr>
      <w:br/>
    </w:r>
    <w:r w:rsidRPr="00535309">
      <w:rPr>
        <w:i/>
        <w:sz w:val="36"/>
        <w:szCs w:val="32"/>
      </w:rPr>
      <w:t>Empower the Wellness Wave: School Nursing in Motion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5A6EC07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" o:bullet="t">
        <v:imagedata r:id="rId1" o:title="msoBCF7"/>
      </v:shape>
    </w:pict>
  </w:numPicBullet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26C879FA"/>
    <w:multiLevelType w:val="hybridMultilevel"/>
    <w:tmpl w:val="0F2C6E26"/>
    <w:lvl w:ilvl="0" w:tplc="28B043D4">
      <w:start w:val="1"/>
      <w:numFmt w:val="bullet"/>
      <w:lvlText w:val="∞"/>
      <w:lvlJc w:val="left"/>
      <w:pPr>
        <w:ind w:left="720" w:hanging="360"/>
      </w:pPr>
      <w:rPr>
        <w:rFonts w:ascii="Cambria" w:hAnsi="Cambri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BC12E3"/>
    <w:multiLevelType w:val="hybridMultilevel"/>
    <w:tmpl w:val="86087FBA"/>
    <w:lvl w:ilvl="0" w:tplc="28B043D4">
      <w:start w:val="1"/>
      <w:numFmt w:val="bullet"/>
      <w:lvlText w:val="∞"/>
      <w:lvlJc w:val="left"/>
      <w:pPr>
        <w:ind w:left="720" w:hanging="360"/>
      </w:pPr>
      <w:rPr>
        <w:rFonts w:ascii="Cambria" w:hAnsi="Cambr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A36144"/>
    <w:multiLevelType w:val="hybridMultilevel"/>
    <w:tmpl w:val="0AA0D624"/>
    <w:lvl w:ilvl="0" w:tplc="28B043D4">
      <w:start w:val="1"/>
      <w:numFmt w:val="bullet"/>
      <w:lvlText w:val="∞"/>
      <w:lvlJc w:val="left"/>
      <w:pPr>
        <w:ind w:left="720" w:hanging="360"/>
      </w:pPr>
      <w:rPr>
        <w:rFonts w:ascii="Cambria" w:hAnsi="Cambri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3101827">
    <w:abstractNumId w:val="8"/>
  </w:num>
  <w:num w:numId="2" w16cid:durableId="1677923505">
    <w:abstractNumId w:val="6"/>
  </w:num>
  <w:num w:numId="3" w16cid:durableId="1953856451">
    <w:abstractNumId w:val="5"/>
  </w:num>
  <w:num w:numId="4" w16cid:durableId="1009216556">
    <w:abstractNumId w:val="4"/>
  </w:num>
  <w:num w:numId="5" w16cid:durableId="801382843">
    <w:abstractNumId w:val="7"/>
  </w:num>
  <w:num w:numId="6" w16cid:durableId="933635597">
    <w:abstractNumId w:val="3"/>
  </w:num>
  <w:num w:numId="7" w16cid:durableId="181171467">
    <w:abstractNumId w:val="2"/>
  </w:num>
  <w:num w:numId="8" w16cid:durableId="455635229">
    <w:abstractNumId w:val="1"/>
  </w:num>
  <w:num w:numId="9" w16cid:durableId="299306361">
    <w:abstractNumId w:val="0"/>
  </w:num>
  <w:num w:numId="10" w16cid:durableId="469591423">
    <w:abstractNumId w:val="11"/>
  </w:num>
  <w:num w:numId="11" w16cid:durableId="1412116480">
    <w:abstractNumId w:val="9"/>
  </w:num>
  <w:num w:numId="12" w16cid:durableId="86232416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01E26"/>
    <w:rsid w:val="00004A3B"/>
    <w:rsid w:val="000065B7"/>
    <w:rsid w:val="00014256"/>
    <w:rsid w:val="00034616"/>
    <w:rsid w:val="00042778"/>
    <w:rsid w:val="00046892"/>
    <w:rsid w:val="00052DEC"/>
    <w:rsid w:val="0006063C"/>
    <w:rsid w:val="0007298E"/>
    <w:rsid w:val="000741BE"/>
    <w:rsid w:val="000758AC"/>
    <w:rsid w:val="00084575"/>
    <w:rsid w:val="00091269"/>
    <w:rsid w:val="0009356B"/>
    <w:rsid w:val="00095DAA"/>
    <w:rsid w:val="000B01E9"/>
    <w:rsid w:val="000C1C08"/>
    <w:rsid w:val="000C2C74"/>
    <w:rsid w:val="000C6B9C"/>
    <w:rsid w:val="000E1331"/>
    <w:rsid w:val="000E3AD8"/>
    <w:rsid w:val="000E6A92"/>
    <w:rsid w:val="000F1D90"/>
    <w:rsid w:val="000F695E"/>
    <w:rsid w:val="00100B0A"/>
    <w:rsid w:val="0010269D"/>
    <w:rsid w:val="00102D72"/>
    <w:rsid w:val="00122FF3"/>
    <w:rsid w:val="00126855"/>
    <w:rsid w:val="001414B2"/>
    <w:rsid w:val="0015074B"/>
    <w:rsid w:val="00151EEB"/>
    <w:rsid w:val="00152D16"/>
    <w:rsid w:val="001558A3"/>
    <w:rsid w:val="00172B38"/>
    <w:rsid w:val="001834EA"/>
    <w:rsid w:val="001A57B8"/>
    <w:rsid w:val="001A780B"/>
    <w:rsid w:val="001A793E"/>
    <w:rsid w:val="001B3CD3"/>
    <w:rsid w:val="001E37C8"/>
    <w:rsid w:val="001F1E66"/>
    <w:rsid w:val="001F3448"/>
    <w:rsid w:val="0021618B"/>
    <w:rsid w:val="00220B0E"/>
    <w:rsid w:val="00220D24"/>
    <w:rsid w:val="00226B0D"/>
    <w:rsid w:val="002448B2"/>
    <w:rsid w:val="002556C7"/>
    <w:rsid w:val="00263534"/>
    <w:rsid w:val="00271B01"/>
    <w:rsid w:val="00282A79"/>
    <w:rsid w:val="00290E8B"/>
    <w:rsid w:val="00294D6B"/>
    <w:rsid w:val="00295F09"/>
    <w:rsid w:val="0029639D"/>
    <w:rsid w:val="00297C4C"/>
    <w:rsid w:val="002A007A"/>
    <w:rsid w:val="002C0A4D"/>
    <w:rsid w:val="002E7B1F"/>
    <w:rsid w:val="00303A38"/>
    <w:rsid w:val="00313F34"/>
    <w:rsid w:val="003251E7"/>
    <w:rsid w:val="00326F90"/>
    <w:rsid w:val="00344E55"/>
    <w:rsid w:val="00347AB4"/>
    <w:rsid w:val="0035363D"/>
    <w:rsid w:val="00375D6E"/>
    <w:rsid w:val="00377586"/>
    <w:rsid w:val="00394EA5"/>
    <w:rsid w:val="003B1923"/>
    <w:rsid w:val="003E799F"/>
    <w:rsid w:val="00436661"/>
    <w:rsid w:val="00441518"/>
    <w:rsid w:val="004706CF"/>
    <w:rsid w:val="004800AC"/>
    <w:rsid w:val="0049214A"/>
    <w:rsid w:val="004B591F"/>
    <w:rsid w:val="004C27B5"/>
    <w:rsid w:val="004D0974"/>
    <w:rsid w:val="004E0880"/>
    <w:rsid w:val="004E5A9D"/>
    <w:rsid w:val="004E5CC0"/>
    <w:rsid w:val="00500BB9"/>
    <w:rsid w:val="0051446A"/>
    <w:rsid w:val="0051596E"/>
    <w:rsid w:val="0052338F"/>
    <w:rsid w:val="005328FF"/>
    <w:rsid w:val="00535309"/>
    <w:rsid w:val="005361A1"/>
    <w:rsid w:val="0055179E"/>
    <w:rsid w:val="00565747"/>
    <w:rsid w:val="00575DE0"/>
    <w:rsid w:val="00584CED"/>
    <w:rsid w:val="00590C92"/>
    <w:rsid w:val="005A1300"/>
    <w:rsid w:val="005B3918"/>
    <w:rsid w:val="005C0E7C"/>
    <w:rsid w:val="005E0848"/>
    <w:rsid w:val="005E2F85"/>
    <w:rsid w:val="00603598"/>
    <w:rsid w:val="00625042"/>
    <w:rsid w:val="00625F27"/>
    <w:rsid w:val="00633781"/>
    <w:rsid w:val="00641B49"/>
    <w:rsid w:val="00644B8A"/>
    <w:rsid w:val="00663AD7"/>
    <w:rsid w:val="006857F0"/>
    <w:rsid w:val="00691DF5"/>
    <w:rsid w:val="006A04DA"/>
    <w:rsid w:val="006A5109"/>
    <w:rsid w:val="006B27F6"/>
    <w:rsid w:val="006C27F4"/>
    <w:rsid w:val="006C363E"/>
    <w:rsid w:val="006C3ACF"/>
    <w:rsid w:val="006C7A44"/>
    <w:rsid w:val="006E382F"/>
    <w:rsid w:val="006F5523"/>
    <w:rsid w:val="00720DF7"/>
    <w:rsid w:val="007404A0"/>
    <w:rsid w:val="00774ABA"/>
    <w:rsid w:val="0077691A"/>
    <w:rsid w:val="00782BD7"/>
    <w:rsid w:val="007850BA"/>
    <w:rsid w:val="007A0C5C"/>
    <w:rsid w:val="007A3743"/>
    <w:rsid w:val="007B0517"/>
    <w:rsid w:val="007C3DCA"/>
    <w:rsid w:val="007D29B8"/>
    <w:rsid w:val="007D3035"/>
    <w:rsid w:val="007D321A"/>
    <w:rsid w:val="007E6900"/>
    <w:rsid w:val="007F7B33"/>
    <w:rsid w:val="00800771"/>
    <w:rsid w:val="00806BB6"/>
    <w:rsid w:val="00810DEA"/>
    <w:rsid w:val="008144A1"/>
    <w:rsid w:val="00821E40"/>
    <w:rsid w:val="0083768A"/>
    <w:rsid w:val="00851E73"/>
    <w:rsid w:val="00856F4F"/>
    <w:rsid w:val="00874677"/>
    <w:rsid w:val="00875843"/>
    <w:rsid w:val="00886D37"/>
    <w:rsid w:val="008D69F1"/>
    <w:rsid w:val="008E3FA6"/>
    <w:rsid w:val="008F1319"/>
    <w:rsid w:val="009074D1"/>
    <w:rsid w:val="00913809"/>
    <w:rsid w:val="00925D61"/>
    <w:rsid w:val="0092648D"/>
    <w:rsid w:val="00935537"/>
    <w:rsid w:val="00936CDE"/>
    <w:rsid w:val="00993495"/>
    <w:rsid w:val="009A70E4"/>
    <w:rsid w:val="009B026E"/>
    <w:rsid w:val="009B249A"/>
    <w:rsid w:val="009B7D84"/>
    <w:rsid w:val="009C43AB"/>
    <w:rsid w:val="00A11465"/>
    <w:rsid w:val="00A331E7"/>
    <w:rsid w:val="00A375E8"/>
    <w:rsid w:val="00A602E2"/>
    <w:rsid w:val="00A770C6"/>
    <w:rsid w:val="00A839B5"/>
    <w:rsid w:val="00A951A9"/>
    <w:rsid w:val="00A97E7D"/>
    <w:rsid w:val="00AA13F0"/>
    <w:rsid w:val="00AA182D"/>
    <w:rsid w:val="00AA1D8D"/>
    <w:rsid w:val="00AB4E1E"/>
    <w:rsid w:val="00AB5A54"/>
    <w:rsid w:val="00AB6F57"/>
    <w:rsid w:val="00AC203C"/>
    <w:rsid w:val="00AF2CBE"/>
    <w:rsid w:val="00AF6008"/>
    <w:rsid w:val="00B33E89"/>
    <w:rsid w:val="00B408A3"/>
    <w:rsid w:val="00B47730"/>
    <w:rsid w:val="00B53C19"/>
    <w:rsid w:val="00B63B46"/>
    <w:rsid w:val="00B70DD7"/>
    <w:rsid w:val="00B72B49"/>
    <w:rsid w:val="00B74E05"/>
    <w:rsid w:val="00B85EB3"/>
    <w:rsid w:val="00BA08F6"/>
    <w:rsid w:val="00BA5370"/>
    <w:rsid w:val="00BA7FA3"/>
    <w:rsid w:val="00BB5BE9"/>
    <w:rsid w:val="00BC070D"/>
    <w:rsid w:val="00BC0A27"/>
    <w:rsid w:val="00BC58FB"/>
    <w:rsid w:val="00BE37D7"/>
    <w:rsid w:val="00BE4C82"/>
    <w:rsid w:val="00BE78D5"/>
    <w:rsid w:val="00BF0B9D"/>
    <w:rsid w:val="00C04E35"/>
    <w:rsid w:val="00C122AA"/>
    <w:rsid w:val="00C3762D"/>
    <w:rsid w:val="00C44CEC"/>
    <w:rsid w:val="00C71C65"/>
    <w:rsid w:val="00C77305"/>
    <w:rsid w:val="00C775F5"/>
    <w:rsid w:val="00C82270"/>
    <w:rsid w:val="00C8550A"/>
    <w:rsid w:val="00C861CF"/>
    <w:rsid w:val="00C978A7"/>
    <w:rsid w:val="00CA09EB"/>
    <w:rsid w:val="00CA3B56"/>
    <w:rsid w:val="00CB0664"/>
    <w:rsid w:val="00CC3008"/>
    <w:rsid w:val="00CC7D4B"/>
    <w:rsid w:val="00CE1FC6"/>
    <w:rsid w:val="00CE244B"/>
    <w:rsid w:val="00CF1CC0"/>
    <w:rsid w:val="00D143E2"/>
    <w:rsid w:val="00D16878"/>
    <w:rsid w:val="00D21683"/>
    <w:rsid w:val="00D25FA9"/>
    <w:rsid w:val="00D311CF"/>
    <w:rsid w:val="00D400BE"/>
    <w:rsid w:val="00D618F4"/>
    <w:rsid w:val="00D70D80"/>
    <w:rsid w:val="00D77A09"/>
    <w:rsid w:val="00D80277"/>
    <w:rsid w:val="00D85CDD"/>
    <w:rsid w:val="00DB6B9A"/>
    <w:rsid w:val="00DD3EBA"/>
    <w:rsid w:val="00DD7F50"/>
    <w:rsid w:val="00DE5207"/>
    <w:rsid w:val="00DE7FC2"/>
    <w:rsid w:val="00DF5739"/>
    <w:rsid w:val="00DF59F6"/>
    <w:rsid w:val="00E23A59"/>
    <w:rsid w:val="00E316BA"/>
    <w:rsid w:val="00E47468"/>
    <w:rsid w:val="00E60FF4"/>
    <w:rsid w:val="00E77541"/>
    <w:rsid w:val="00E83765"/>
    <w:rsid w:val="00E85613"/>
    <w:rsid w:val="00EA6115"/>
    <w:rsid w:val="00EA71F4"/>
    <w:rsid w:val="00ED0722"/>
    <w:rsid w:val="00EF2798"/>
    <w:rsid w:val="00EF47A2"/>
    <w:rsid w:val="00F237E2"/>
    <w:rsid w:val="00F37401"/>
    <w:rsid w:val="00F41A58"/>
    <w:rsid w:val="00F853A7"/>
    <w:rsid w:val="00F90F4A"/>
    <w:rsid w:val="00FB08FF"/>
    <w:rsid w:val="00FB0942"/>
    <w:rsid w:val="00FC693F"/>
    <w:rsid w:val="00FC7F4C"/>
    <w:rsid w:val="00FD79A7"/>
    <w:rsid w:val="00FF0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062061"/>
  <w14:defaultImageDpi w14:val="300"/>
  <w15:docId w15:val="{3E39F574-4485-4CCD-A8BE-79AFD2C17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link w:val="NoSpacingChar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NormalWeb">
    <w:name w:val="Normal (Web)"/>
    <w:basedOn w:val="Normal"/>
    <w:uiPriority w:val="99"/>
    <w:unhideWhenUsed/>
    <w:rsid w:val="00E474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SpacingChar">
    <w:name w:val="No Spacing Char"/>
    <w:basedOn w:val="DefaultParagraphFont"/>
    <w:link w:val="NoSpacing"/>
    <w:uiPriority w:val="1"/>
    <w:rsid w:val="005328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Baszler Lanners, Rita</cp:lastModifiedBy>
  <cp:revision>15</cp:revision>
  <cp:lastPrinted>2026-05-14T14:53:00Z</cp:lastPrinted>
  <dcterms:created xsi:type="dcterms:W3CDTF">2026-03-24T21:52:00Z</dcterms:created>
  <dcterms:modified xsi:type="dcterms:W3CDTF">2026-05-14T15:05:00Z</dcterms:modified>
  <cp:category/>
</cp:coreProperties>
</file>